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北华大学2026年推免生复试拟录取名单公示-北华大学研究生院</w:t>
      </w:r>
    </w:p>
    <w:p>
      <w:r>
        <w:t>发布时间：2025年10月22日</w:t>
      </w:r>
    </w:p>
    <w:p>
      <w:r>
        <w:t>来源URL：https://grad.beihua.edu.cn/info/1071/3062.htm</w:t>
      </w:r>
    </w:p>
    <w:p>
      <w:r>
        <w:t>========================================</w:t>
      </w:r>
    </w:p>
    <w:p>
      <w:r>
        <w:t>&gt;</w:t>
      </w:r>
    </w:p>
    <w:p>
      <w:r>
        <w:t>北华大学2026年推免生复试拟录取名单公示</w:t>
      </w:r>
    </w:p>
    <w:p>
      <w:r>
        <w:t>根据教育部、吉林省教育考试院及《北华大学推荐优秀应届本科毕业生免试攻读硕士学位研究生工作管理办法》相关规定，经个人申请、资格审核、复试考核及学校研究生招生工作委员会审议，现将北华大学2026年推荐优秀应届本科毕业生免试攻读硕士研究生的拟录取名单予以公示（见下表）。</w:t>
      </w:r>
    </w:p>
    <w:p>
      <w:r>
        <w:t>公示期为2025年10月22日至2025年10月28日（共7日），如有异议，请于公示期内以书面形式实名向我校研究生院反映。</w:t>
      </w:r>
    </w:p>
    <w:p>
      <w:r>
        <w:t>研究生院地址：吉林省吉林市丰满区滨江东路3999号 机关楼504室。</w:t>
      </w:r>
    </w:p>
    <w:p>
      <w:r>
        <w:t>联系电话：0432-64608056</w:t>
      </w:r>
    </w:p>
    <w:p>
      <w:r>
        <w:t>姓名</w:t>
      </w:r>
    </w:p>
    <w:p>
      <w:r>
        <w:t>报考专业代码</w:t>
      </w:r>
    </w:p>
    <w:p>
      <w:r>
        <w:t>报考专业名称</w:t>
      </w:r>
    </w:p>
    <w:p>
      <w:r>
        <w:t>报考学习形式</w:t>
      </w:r>
    </w:p>
    <w:p>
      <w:r>
        <w:t>复试成绩</w:t>
      </w:r>
    </w:p>
    <w:p>
      <w:r>
        <w:t>陈怡彤</w:t>
      </w:r>
    </w:p>
    <w:p>
      <w:r>
        <w:t>080804</w:t>
      </w:r>
    </w:p>
    <w:p>
      <w:r>
        <w:t>电力电子与电力传动</w:t>
      </w:r>
    </w:p>
    <w:p>
      <w:r>
        <w:t>全日制</w:t>
      </w:r>
    </w:p>
    <w:p>
      <w:r>
        <w:t>88.8</w:t>
      </w:r>
    </w:p>
    <w:p>
      <w:r>
        <w:t>张天宇</w:t>
      </w:r>
    </w:p>
    <w:p>
      <w:r>
        <w:t>080804</w:t>
      </w:r>
    </w:p>
    <w:p>
      <w:r>
        <w:t>电力电子与电力传动</w:t>
      </w:r>
    </w:p>
    <w:p>
      <w:r>
        <w:t>全日制</w:t>
      </w:r>
    </w:p>
    <w:p>
      <w:r>
        <w:t>93.8</w:t>
      </w:r>
    </w:p>
    <w:p>
      <w:r>
        <w:t>马田达</w:t>
      </w:r>
    </w:p>
    <w:p>
      <w:r>
        <w:t>080802</w:t>
      </w:r>
    </w:p>
    <w:p>
      <w:r>
        <w:t>电力系统及其自动化</w:t>
      </w:r>
    </w:p>
    <w:p>
      <w:r>
        <w:t>全日制</w:t>
      </w:r>
    </w:p>
    <w:p>
      <w:r>
        <w:t>85.2</w:t>
      </w:r>
    </w:p>
    <w:p>
      <w:r>
        <w:t>李璐</w:t>
      </w:r>
    </w:p>
    <w:p>
      <w:r>
        <w:t>045202</w:t>
      </w:r>
    </w:p>
    <w:p>
      <w:r>
        <w:t>运动训练</w:t>
      </w:r>
    </w:p>
    <w:p>
      <w:r>
        <w:t>全日制</w:t>
      </w:r>
    </w:p>
    <w:p>
      <w:r>
        <w:t>90.93</w:t>
      </w:r>
    </w:p>
    <w:p>
      <w:r>
        <w:t>姜明</w:t>
      </w:r>
    </w:p>
    <w:p>
      <w:r>
        <w:t>045201</w:t>
      </w:r>
    </w:p>
    <w:p>
      <w:r>
        <w:t>体育教学</w:t>
      </w:r>
    </w:p>
    <w:p>
      <w:r>
        <w:t>全日制</w:t>
      </w:r>
    </w:p>
    <w:p>
      <w:r>
        <w:t>83.55</w:t>
      </w:r>
    </w:p>
    <w:p>
      <w:r>
        <w:t>孙铭焓</w:t>
      </w:r>
    </w:p>
    <w:p>
      <w:r>
        <w:t>045201</w:t>
      </w:r>
    </w:p>
    <w:p>
      <w:r>
        <w:t>体育教学</w:t>
      </w:r>
    </w:p>
    <w:p>
      <w:r>
        <w:t>全日制</w:t>
      </w:r>
    </w:p>
    <w:p>
      <w:r>
        <w:t>80.27</w:t>
      </w:r>
    </w:p>
    <w:p>
      <w:r>
        <w:t>刘蕴娇</w:t>
      </w:r>
    </w:p>
    <w:p>
      <w:r>
        <w:t>135200</w:t>
      </w:r>
    </w:p>
    <w:p>
      <w:r>
        <w:t>音乐</w:t>
      </w:r>
    </w:p>
    <w:p>
      <w:r>
        <w:t>全日制</w:t>
      </w:r>
    </w:p>
    <w:p>
      <w:r>
        <w:t>88.6</w:t>
      </w:r>
    </w:p>
    <w:p>
      <w:r>
        <w:t>魏芷琪</w:t>
      </w:r>
    </w:p>
    <w:p>
      <w:r>
        <w:t>045107</w:t>
      </w:r>
    </w:p>
    <w:p>
      <w:r>
        <w:t>学科教学（生物）</w:t>
      </w:r>
    </w:p>
    <w:p>
      <w:r>
        <w:t>全日制</w:t>
      </w:r>
    </w:p>
    <w:p>
      <w:r>
        <w:t>84.8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