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吉林农业大学2026届优秀应届本科毕业生免试攻读硕士学位研究生名单公示</w:t>
      </w:r>
    </w:p>
    <w:p>
      <w:r>
        <w:t>发布时间：2025年9月12日</w:t>
      </w:r>
    </w:p>
    <w:p>
      <w:r>
        <w:t>来源URL：https://jwc.jlau.edu.cn/portal/index/article?id=6e058387d7304a6f8fbe83ea46be14da&amp;position=d5eca07682de44eb87e5080c8186a018</w:t>
      </w:r>
    </w:p>
    <w:p>
      <w:r>
        <w:t>========================================</w:t>
      </w:r>
    </w:p>
    <w:p>
      <w:r>
        <w:t>吉林农业大学2026届优秀应届本科毕业生免试攻读硕士学位研究生名单公示</w:t>
      </w:r>
    </w:p>
    <w:p>
      <w:r>
        <w:t>根据教育部《教育部关于印发〈全国普通高等学校推荐优秀应届本科毕业生免试攻读硕士学位研究生工作管理办法（试行）〉的通知》、《吉林农业大学推荐优秀应届本科毕业生免试攻读硕士学位研究生工作实施办法》、《吉林农业大学“卓越人才培养计划”实施办法（试行）》及《吉林农业大学大学生竞赛管理办法》文件精神以及国家推免生相关文件要求，结合我校实际，经学生自愿报名申请，各学院初审选拔、公示，经学校推免生领导小组研究决定，以下345名同学符合2026届我校推荐免试攻读硕士学位研究生条件（见附件），现予以公示。</w:t>
      </w:r>
    </w:p>
    <w:p>
      <w:r>
        <w:t>公示时间：2025年9月12日至9月18日。</w:t>
      </w:r>
    </w:p>
    <w:p>
      <w:r>
        <w:t>对公示对象如有异议，请在公示时间内以电话、书面方式与教务处联系。</w:t>
      </w:r>
    </w:p>
    <w:p>
      <w:r>
        <w:t>联系电话：0431-84533397</w:t>
      </w:r>
    </w:p>
    <w:p>
      <w:r>
        <w:t>联系邮箱：luoguanjun@jlau.edu.cn</w:t>
      </w:r>
    </w:p>
    <w:p>
      <w:r>
        <w:t>附件：吉林农业大学2026届推免生拟推荐名单.xlsx</w:t>
      </w:r>
    </w:p>
    <w:p>
      <w:r>
        <w:t>吉林农业大学2026届推免生工作领导小组</w:t>
      </w:r>
    </w:p>
    <w:p>
      <w:r>
        <w:t>2025年9月12日</w:t>
      </w:r>
    </w:p>
    <w:p>
      <w:r>
        <w:t>发布单位：学籍管理科</w:t>
      </w:r>
    </w:p>
    <w:p>
      <w:r>
        <w:t>发布时间：2025-09-12</w:t>
      </w:r>
    </w:p>
    <w:p>
      <w:r>
        <w:t>[ 相关信息 ]</w:t>
      </w:r>
    </w:p>
    <w:p>
      <w:r>
        <w:t>关于做好推荐2027届优秀应届本科毕业生免试攻读硕士学位研究生工作的通知</w:t>
      </w:r>
    </w:p>
    <w:p>
      <w:r>
        <w:t>2026-08-31</w:t>
      </w:r>
    </w:p>
    <w:p>
      <w:r>
        <w:t>关于举办2026年大学生新文科实践创新大赛吉林农业大学校赛的通知</w:t>
      </w:r>
    </w:p>
    <w:p>
      <w:r>
        <w:t>2026-08-31</w:t>
      </w:r>
    </w:p>
    <w:p>
      <w:r>
        <w:t>关于开展吉林农业大学2026年大学生创新大赛的通知</w:t>
      </w:r>
    </w:p>
    <w:p>
      <w:r>
        <w:t>2026-08-31</w:t>
      </w:r>
    </w:p>
    <w:p>
      <w:r>
        <w:t>关于2026年度拟申请新增、预申报及撤销本科专业的公示</w:t>
      </w:r>
    </w:p>
    <w:p>
      <w:r>
        <w:t>2026-08-26</w:t>
      </w:r>
    </w:p>
    <w:p>
      <w:r>
        <w:t>关于开展新一轮本科专业人才培养方案修订工作的通知</w:t>
      </w:r>
    </w:p>
    <w:p>
      <w:r>
        <w:t>2026-08-26</w:t>
      </w:r>
    </w:p>
    <w:p>
      <w:r>
        <w:t>教学型教授、教学型副教授、实验系列评审组关于职称评审委员会例会评审结果的公示</w:t>
      </w:r>
    </w:p>
    <w:p>
      <w:r>
        <w:t>2026-07-29</w:t>
      </w:r>
    </w:p>
    <w:p>
      <w:r>
        <w:t>快速通道</w:t>
      </w:r>
    </w:p>
    <w:p>
      <w:r>
        <w:t>Channels</w:t>
      </w:r>
    </w:p>
    <w:p>
      <w:r>
        <w:t>常用链接</w:t>
      </w:r>
    </w:p>
    <w:p>
      <w:r>
        <w:t>Links</w:t>
      </w:r>
    </w:p>
    <w:p>
      <w:r>
        <w:t>吉林农业大学</w:t>
      </w:r>
    </w:p>
    <w:p>
      <w:r>
        <w:t>教务管理系统</w:t>
      </w:r>
    </w:p>
    <w:p>
      <w:r>
        <w:t>吉农在线学堂</w:t>
      </w:r>
    </w:p>
    <w:p>
      <w:r>
        <w:t>旧版教务系统</w:t>
      </w:r>
    </w:p>
    <w:p>
      <w:r>
        <w:t>吉林省大创计划管理平台</w:t>
      </w:r>
    </w:p>
    <w:p>
      <w:r>
        <w:t>国家级大创计划管理平台</w:t>
      </w:r>
    </w:p>
    <w:p>
      <w:r>
        <w:t>本科实验室信息管理平台</w:t>
      </w:r>
    </w:p>
    <w:p>
      <w:r>
        <w:t>虚拟仿真实验项目管理平台</w:t>
      </w:r>
    </w:p>
    <w:p>
      <w:r>
        <w:t>中华人民共和国教育部</w:t>
      </w:r>
    </w:p>
    <w:p>
      <w:r>
        <w:t>中国教育新闻网</w:t>
      </w:r>
    </w:p>
    <w:p>
      <w:r>
        <w:t>信息化中心</w:t>
      </w:r>
    </w:p>
    <w:p>
      <w:r>
        <w:t>吉农本科招生信息网</w:t>
      </w:r>
    </w:p>
    <w:p>
      <w:r>
        <w:t>吉农图书馆</w:t>
      </w:r>
    </w:p>
    <w:p>
      <w:r>
        <w:t>吉林农业大学教务处办公地址：吉林省长春市新城大街2888号(中心教学楼二楼教务处办公区)</w:t>
      </w:r>
    </w:p>
    <w:p>
      <w:r>
        <w:t>联系电话：0431-84333737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