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西北民族大学2026年接收推荐免试攻读硕士学位研究生拟录取考生名单公示</w:t>
      </w:r>
    </w:p>
    <w:p>
      <w:r>
        <w:t>发布时间：2025年10月22日</w:t>
      </w:r>
    </w:p>
    <w:p>
      <w:r>
        <w:t>来源URL：https://www.xbmu.edu.cn/yz/info/1351/3601.htm</w:t>
      </w:r>
    </w:p>
    <w:p>
      <w:r>
        <w:t>========================================</w:t>
      </w:r>
    </w:p>
    <w:p>
      <w:r>
        <w:t>﻿</w:t>
      </w:r>
    </w:p>
    <w:p>
      <w:r>
        <w:t>硕士招生</w:t>
      </w:r>
    </w:p>
    <w:p>
      <w:r>
        <w:t>通知公告</w:t>
      </w:r>
    </w:p>
    <w:p>
      <w:r>
        <w:t>招生简章与专业目录</w:t>
      </w:r>
    </w:p>
    <w:p>
      <w:r>
        <w:t>硕士招生</w:t>
      </w:r>
    </w:p>
    <w:p>
      <w:r>
        <w:t>通知公告</w:t>
      </w:r>
    </w:p>
    <w:p>
      <w:r>
        <w:t>招生简章与专业目录</w:t>
      </w:r>
    </w:p>
    <w:p>
      <w:r>
        <w:t>硕士招生</w:t>
      </w:r>
    </w:p>
    <w:p>
      <w:r>
        <w:t>当前位置： 首页</w:t>
      </w:r>
    </w:p>
    <w:p>
      <w:r>
        <w:t>&gt;</w:t>
      </w:r>
    </w:p>
    <w:p>
      <w:r>
        <w:t>硕士招生</w:t>
      </w:r>
    </w:p>
    <w:p>
      <w:r>
        <w:t>&gt;</w:t>
      </w:r>
    </w:p>
    <w:p>
      <w:r>
        <w:t>通知公告</w:t>
      </w:r>
    </w:p>
    <w:p>
      <w:r>
        <w:t>&gt;</w:t>
      </w:r>
    </w:p>
    <w:p>
      <w:r>
        <w:t>正文</w:t>
      </w:r>
    </w:p>
    <w:p>
      <w:r>
        <w:t>西北民族大学2026年接收推荐免试攻读硕士学位研究生拟录取考生名单公示</w:t>
      </w:r>
    </w:p>
    <w:p>
      <w:r>
        <w:t>作者：袁宗年 编辑：王红娟</w:t>
      </w:r>
    </w:p>
    <w:p>
      <w:r>
        <w:t>校审： 马永峰 孙初锋</w:t>
      </w:r>
    </w:p>
    <w:p>
      <w:r>
        <w:t>审签: 孙初锋</w:t>
      </w:r>
    </w:p>
    <w:p>
      <w:r>
        <w:t>发布时间：2025-10-22 访问量：</w:t>
      </w:r>
    </w:p>
    <w:p>
      <w:r>
        <w:t>各位考生：</w:t>
      </w:r>
    </w:p>
    <w:p>
      <w:r>
        <w:t>现将西北民族大学2026年拟录取推荐免试硕士研究生考生名单进行公示，公示期为10月23日-10月30日。 如对公示名单有异议，请在公示期内联系研究生招生办公室，联系电话：0931-2938299。</w:t>
      </w:r>
    </w:p>
    <w:p>
      <w:r>
        <w:t>附件：西北民族大学2026年接收推荐免试攻读硕士学位研究生拟录取考生名单</w:t>
      </w:r>
    </w:p>
    <w:p>
      <w:r>
        <w:t>西北民族大学研究生招生办公室</w:t>
      </w:r>
    </w:p>
    <w:p>
      <w:r>
        <w:t>2025年10月22日</w:t>
      </w:r>
    </w:p>
    <w:p>
      <w:r>
        <w:t>附件：西北民族大学2026年接收推荐免试攻读硕士学位研究生拟录取考生名单.pdf</w:t>
      </w:r>
    </w:p>
    <w:p>
      <w:r>
        <w:t>上一条：西北民族大学2026年全国硕士研究生招生考试初试成绩查询通知</w:t>
      </w:r>
    </w:p>
    <w:p>
      <w:r>
        <w:t>下一条：西北民族大学研究生院在两校区举办2026年硕士研究生招生宣传现场宣讲会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