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药学院2026年推荐优秀应届本科毕业生免试攻读研究生名单公示</w:t>
      </w:r>
    </w:p>
    <w:p>
      <w:r>
        <w:t>发布时间：2025年9月10日</w:t>
      </w:r>
    </w:p>
    <w:p>
      <w:r>
        <w:t>来源URL：https://www.glmu.edu.cn/yxy/info/1126/3722.htm</w:t>
      </w:r>
    </w:p>
    <w:p>
      <w:r>
        <w:t>========================================</w:t>
      </w:r>
    </w:p>
    <w:p>
      <w:r>
        <w:t>&gt;</w:t>
      </w:r>
    </w:p>
    <w:p>
      <w:r>
        <w:t>根据学校《关于做好我校2026年推荐优秀应届本科毕业生免试攻读硕士研究生工作的通知》工作部署、要求，经学院推免工作小组和专家审核小组遴选，现将学院推荐名单予以公示。公示时间为2025年9月10日—2025年9月16日（共七日），公示期间，如有异议，请向学院教学与科研管理科反映，联系电话：5891498。</w:t>
      </w:r>
    </w:p>
    <w:p>
      <w:r>
        <w:t>院系名称</w:t>
      </w:r>
    </w:p>
    <w:p>
      <w:r>
        <w:t>专业名称</w:t>
      </w:r>
    </w:p>
    <w:p>
      <w:r>
        <w:t>姓名</w:t>
      </w:r>
    </w:p>
    <w:p>
      <w:r>
        <w:t>性别</w:t>
      </w:r>
    </w:p>
    <w:p>
      <w:r>
        <w:t>排名方式</w:t>
      </w:r>
    </w:p>
    <w:p>
      <w:r>
        <w:t>综合成绩</w:t>
      </w:r>
    </w:p>
    <w:p>
      <w:r>
        <w:t>综合名次</w:t>
      </w:r>
    </w:p>
    <w:p>
      <w:r>
        <w:t>排名人数</w:t>
      </w:r>
    </w:p>
    <w:p>
      <w:r>
        <w:t>GPA（平均绩点）</w:t>
      </w:r>
    </w:p>
    <w:p>
      <w:r>
        <w:t>综合能力得分</w:t>
      </w:r>
    </w:p>
    <w:p>
      <w:r>
        <w:t>备注</w:t>
      </w:r>
    </w:p>
    <w:p>
      <w:r>
        <w:t>药学院</w:t>
      </w:r>
    </w:p>
    <w:p>
      <w:r>
        <w:t>临床药学</w:t>
      </w:r>
    </w:p>
    <w:p>
      <w:r>
        <w:t>农少云</w:t>
      </w:r>
    </w:p>
    <w:p>
      <w:r>
        <w:t>女</w:t>
      </w:r>
    </w:p>
    <w:p>
      <w:r>
        <w:t>院系</w:t>
      </w:r>
    </w:p>
    <w:p>
      <w:r>
        <w:t>72.68</w:t>
      </w:r>
    </w:p>
    <w:p>
      <w:r>
        <w:t>1</w:t>
      </w:r>
    </w:p>
    <w:p>
      <w:r>
        <w:t>7</w:t>
      </w:r>
    </w:p>
    <w:p>
      <w:r>
        <w:t>3.76</w:t>
      </w:r>
    </w:p>
    <w:p>
      <w:r>
        <w:t>2.6</w:t>
      </w:r>
    </w:p>
    <w:p>
      <w:r>
        <w:t>推荐</w:t>
      </w:r>
    </w:p>
    <w:p>
      <w:r>
        <w:t>药学院</w:t>
      </w:r>
    </w:p>
    <w:p>
      <w:r>
        <w:t>药学</w:t>
      </w:r>
    </w:p>
    <w:p>
      <w:r>
        <w:t>李雅然</w:t>
      </w:r>
    </w:p>
    <w:p>
      <w:r>
        <w:t>女</w:t>
      </w:r>
    </w:p>
    <w:p>
      <w:r>
        <w:t>院系</w:t>
      </w:r>
    </w:p>
    <w:p>
      <w:r>
        <w:t>68.92</w:t>
      </w:r>
    </w:p>
    <w:p>
      <w:r>
        <w:t>2</w:t>
      </w:r>
    </w:p>
    <w:p>
      <w:r>
        <w:t>7</w:t>
      </w:r>
    </w:p>
    <w:p>
      <w:r>
        <w:t>3.49</w:t>
      </w:r>
    </w:p>
    <w:p>
      <w:r>
        <w:t>1</w:t>
      </w:r>
    </w:p>
    <w:p>
      <w:r>
        <w:t>推荐</w:t>
      </w:r>
    </w:p>
    <w:p>
      <w:r>
        <w:t>药学院</w:t>
      </w:r>
    </w:p>
    <w:p>
      <w:r>
        <w:t>药学</w:t>
      </w:r>
    </w:p>
    <w:p>
      <w:r>
        <w:t>郭志喜</w:t>
      </w:r>
    </w:p>
    <w:p>
      <w:r>
        <w:t>女</w:t>
      </w:r>
    </w:p>
    <w:p>
      <w:r>
        <w:t>院系</w:t>
      </w:r>
    </w:p>
    <w:p>
      <w:r>
        <w:t>68.64</w:t>
      </w:r>
    </w:p>
    <w:p>
      <w:r>
        <w:t>3</w:t>
      </w:r>
    </w:p>
    <w:p>
      <w:r>
        <w:t>7</w:t>
      </w:r>
    </w:p>
    <w:p>
      <w:r>
        <w:t>3.58</w:t>
      </w:r>
    </w:p>
    <w:p>
      <w:r>
        <w:t>0</w:t>
      </w:r>
    </w:p>
    <w:p>
      <w:r>
        <w:t>推荐</w:t>
      </w:r>
    </w:p>
    <w:p>
      <w:r>
        <w:t>药学院</w:t>
      </w:r>
    </w:p>
    <w:p>
      <w:r>
        <w:t>临床药学</w:t>
      </w:r>
    </w:p>
    <w:p>
      <w:r>
        <w:t>杨俊</w:t>
      </w:r>
    </w:p>
    <w:p>
      <w:r>
        <w:t>男</w:t>
      </w:r>
    </w:p>
    <w:p>
      <w:r>
        <w:t>院系</w:t>
      </w:r>
    </w:p>
    <w:p>
      <w:r>
        <w:t>66.56</w:t>
      </w:r>
    </w:p>
    <w:p>
      <w:r>
        <w:t>4</w:t>
      </w:r>
    </w:p>
    <w:p>
      <w:r>
        <w:t>7</w:t>
      </w:r>
    </w:p>
    <w:p>
      <w:r>
        <w:t>3.32</w:t>
      </w:r>
    </w:p>
    <w:p>
      <w:r>
        <w:t>0</w:t>
      </w:r>
    </w:p>
    <w:p>
      <w:r>
        <w:t>推荐</w:t>
      </w:r>
    </w:p>
    <w:p>
      <w:r>
        <w:t>药学院</w:t>
      </w:r>
    </w:p>
    <w:p>
      <w:r>
        <w:t>药学</w:t>
      </w:r>
    </w:p>
    <w:p>
      <w:r>
        <w:t>王世杰</w:t>
      </w:r>
    </w:p>
    <w:p>
      <w:r>
        <w:t>男</w:t>
      </w:r>
    </w:p>
    <w:p>
      <w:r>
        <w:t>院系</w:t>
      </w:r>
    </w:p>
    <w:p>
      <w:r>
        <w:t>66.52</w:t>
      </w:r>
    </w:p>
    <w:p>
      <w:r>
        <w:t>5</w:t>
      </w:r>
    </w:p>
    <w:p>
      <w:r>
        <w:t>7</w:t>
      </w:r>
    </w:p>
    <w:p>
      <w:r>
        <w:t>3.24</w:t>
      </w:r>
    </w:p>
    <w:p>
      <w:r>
        <w:t>0.6</w:t>
      </w:r>
    </w:p>
    <w:p>
      <w:r>
        <w:t>推荐</w:t>
      </w:r>
    </w:p>
    <w:p>
      <w:r>
        <w:t>药学院</w:t>
      </w:r>
    </w:p>
    <w:p>
      <w:r>
        <w:t>药学</w:t>
      </w:r>
    </w:p>
    <w:p>
      <w:r>
        <w:t>徐睿翾</w:t>
      </w:r>
    </w:p>
    <w:p>
      <w:r>
        <w:t>女</w:t>
      </w:r>
    </w:p>
    <w:p>
      <w:r>
        <w:t>院系</w:t>
      </w:r>
    </w:p>
    <w:p>
      <w:r>
        <w:t>66.32</w:t>
      </w:r>
    </w:p>
    <w:p>
      <w:r>
        <w:t>6</w:t>
      </w:r>
    </w:p>
    <w:p>
      <w:r>
        <w:t>7</w:t>
      </w:r>
    </w:p>
    <w:p>
      <w:r>
        <w:t>3.29</w:t>
      </w:r>
    </w:p>
    <w:p>
      <w:r>
        <w:t>0</w:t>
      </w:r>
    </w:p>
    <w:p>
      <w:r>
        <w:t>推荐</w:t>
      </w:r>
    </w:p>
    <w:p>
      <w:r>
        <w:t>药学院</w:t>
      </w:r>
    </w:p>
    <w:p>
      <w:r>
        <w:t>药物制剂</w:t>
      </w:r>
    </w:p>
    <w:p>
      <w:r>
        <w:t>梁雅丽</w:t>
      </w:r>
    </w:p>
    <w:p>
      <w:r>
        <w:t>女</w:t>
      </w:r>
    </w:p>
    <w:p>
      <w:r>
        <w:t>院系</w:t>
      </w:r>
    </w:p>
    <w:p>
      <w:r>
        <w:t>66.24</w:t>
      </w:r>
    </w:p>
    <w:p>
      <w:r>
        <w:t>7</w:t>
      </w:r>
    </w:p>
    <w:p>
      <w:r>
        <w:t>7</w:t>
      </w:r>
    </w:p>
    <w:p>
      <w:r>
        <w:t>3.28</w:t>
      </w:r>
    </w:p>
    <w:p>
      <w:r>
        <w:t>0</w:t>
      </w:r>
    </w:p>
    <w:p>
      <w:r>
        <w:t>推荐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