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2026年机械与汽车工程学院研究生推免拟推荐人员和候补推荐人员公示</w:t>
      </w:r>
    </w:p>
    <w:p>
      <w:r>
        <w:t>发布时间：2025年9月10日</w:t>
      </w:r>
    </w:p>
    <w:p>
      <w:r>
        <w:t>来源URL：https://mae.qut.edu.cn/info/1120/7081.htm</w:t>
      </w:r>
    </w:p>
    <w:p>
      <w:r>
        <w:t>========================================</w:t>
      </w:r>
    </w:p>
    <w:p>
      <w:r>
        <w:t>﻿</w:t>
      </w:r>
    </w:p>
    <w:p>
      <w:r>
        <w:t>通知公告</w:t>
      </w:r>
    </w:p>
    <w:p>
      <w:r>
        <w:t>通知公告 |</w:t>
      </w:r>
    </w:p>
    <w:p>
      <w:r>
        <w:t>通知公告</w:t>
      </w:r>
    </w:p>
    <w:p>
      <w:r>
        <w:t>首页</w:t>
      </w:r>
    </w:p>
    <w:p>
      <w:r>
        <w:t>通知公告</w:t>
      </w:r>
    </w:p>
    <w:p>
      <w:r>
        <w:t>正文</w:t>
      </w:r>
    </w:p>
    <w:p>
      <w:r>
        <w:t>2026年机械与汽车工程学院研究生推免拟推荐人员和候补推荐人员公示</w:t>
      </w:r>
    </w:p>
    <w:p>
      <w:r>
        <w:t>发布人：机汽学院时间：2025-09-10浏览：</w:t>
      </w:r>
    </w:p>
    <w:p>
      <w:r>
        <w:t>根据《机械与汽车工程学院2026 年推荐优秀应届本科毕业生免试攻读研究生工作实施细则》和推免工作日程安排，经过个人申报、资格审查和综合考察，现将拟推荐人员和候补推荐人员予以公示。公示时间为9月10日-12日。如有异议，请联系学院推免工作举报受理电话：0532-68053008、0532-86871589。</w:t>
      </w:r>
    </w:p>
    <w:p>
      <w:r>
        <w:t>2026年机械与汽车工程学院研究生推免拟推荐人员和候补推荐人员公示.pdf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