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西南大学马克思主义学院2019年推荐免试攻读硕士学位研究生名单的公示</w:t>
      </w:r>
    </w:p>
    <w:p>
      <w:r>
        <w:t>发布时间：2018年9月18日</w:t>
      </w:r>
    </w:p>
    <w:p>
      <w:r>
        <w:t>来源URL：https://marxism.swu.edu.cn/info/1074/1299.htm</w:t>
      </w:r>
    </w:p>
    <w:p>
      <w:r>
        <w:t>========================================</w:t>
      </w:r>
    </w:p>
    <w:p>
      <w:r>
        <w:t>&gt;</w:t>
      </w:r>
    </w:p>
    <w:p>
      <w:r>
        <w:t>西南大学2019年推免生数据库结构表</w:t>
      </w:r>
    </w:p>
    <w:p>
      <w:r>
        <w:t>推荐序号</w:t>
      </w:r>
    </w:p>
    <w:p>
      <w:r>
        <w:t>学院名称</w:t>
      </w:r>
    </w:p>
    <w:p>
      <w:r>
        <w:t>专业名称</w:t>
      </w:r>
    </w:p>
    <w:p>
      <w:r>
        <w:t>姓名</w:t>
      </w:r>
    </w:p>
    <w:p>
      <w:r>
        <w:t>证件号码</w:t>
      </w:r>
    </w:p>
    <w:p>
      <w:r>
        <w:t>性别</w:t>
      </w:r>
    </w:p>
    <w:p>
      <w:r>
        <w:t>推荐类型</w:t>
      </w:r>
    </w:p>
    <w:p>
      <w:r>
        <w:t>排名方式</w:t>
      </w:r>
    </w:p>
    <w:p>
      <w:r>
        <w:t>综合成绩</w:t>
      </w:r>
    </w:p>
    <w:p>
      <w:r>
        <w:t>排名人数</w:t>
      </w:r>
    </w:p>
    <w:p>
      <w:r>
        <w:t>综合名次</w:t>
      </w:r>
    </w:p>
    <w:p>
      <w:r>
        <w:t>定向或补偿单位代码</w:t>
      </w:r>
    </w:p>
    <w:p>
      <w:r>
        <w:t>GPA</w:t>
      </w:r>
    </w:p>
    <w:p>
      <w:r>
        <w:t>备注</w:t>
      </w:r>
    </w:p>
    <w:p>
      <w:r>
        <w:t>1</w:t>
      </w:r>
    </w:p>
    <w:p>
      <w:r>
        <w:t>马克思主义学院</w:t>
      </w:r>
    </w:p>
    <w:p>
      <w:r>
        <w:t>思想政治教育</w:t>
      </w:r>
    </w:p>
    <w:p>
      <w:r>
        <w:t>周燕玲</w:t>
      </w:r>
    </w:p>
    <w:p>
      <w:r>
        <w:t>******</w:t>
      </w:r>
    </w:p>
    <w:p>
      <w:r>
        <w:t>女</w:t>
      </w:r>
    </w:p>
    <w:p>
      <w:r>
        <w:t>普通推免</w:t>
      </w:r>
    </w:p>
    <w:p>
      <w:r>
        <w:t>3</w:t>
      </w:r>
    </w:p>
    <w:p>
      <w:r>
        <w:t>70.14</w:t>
      </w:r>
    </w:p>
    <w:p>
      <w:r>
        <w:t>62</w:t>
      </w:r>
    </w:p>
    <w:p>
      <w:r>
        <w:t>1</w:t>
      </w:r>
    </w:p>
    <w:p>
      <w:r>
        <w:t>3.9</w:t>
      </w:r>
    </w:p>
    <w:p>
      <w:r>
        <w:t>2</w:t>
      </w:r>
    </w:p>
    <w:p>
      <w:r>
        <w:t>马克思主义学院</w:t>
      </w:r>
    </w:p>
    <w:p>
      <w:r>
        <w:t>思想政治教育</w:t>
      </w:r>
    </w:p>
    <w:p>
      <w:r>
        <w:t>梅晓宇</w:t>
      </w:r>
    </w:p>
    <w:p>
      <w:r>
        <w:t>******</w:t>
      </w:r>
    </w:p>
    <w:p>
      <w:r>
        <w:t>男</w:t>
      </w:r>
    </w:p>
    <w:p>
      <w:r>
        <w:t>普通推免</w:t>
      </w:r>
    </w:p>
    <w:p>
      <w:r>
        <w:t>3</w:t>
      </w:r>
    </w:p>
    <w:p>
      <w:r>
        <w:t>69.02</w:t>
      </w:r>
    </w:p>
    <w:p>
      <w:r>
        <w:t>62</w:t>
      </w:r>
    </w:p>
    <w:p>
      <w:r>
        <w:t>3</w:t>
      </w:r>
    </w:p>
    <w:p>
      <w:r>
        <w:t>3.64</w:t>
      </w:r>
    </w:p>
    <w:p>
      <w:r>
        <w:t>以第一作者在CCSSCI刊物发表学术论文</w:t>
      </w:r>
    </w:p>
    <w:p>
      <w:r>
        <w:t>3</w:t>
      </w:r>
    </w:p>
    <w:p>
      <w:r>
        <w:t>马克思主义学院</w:t>
      </w:r>
    </w:p>
    <w:p>
      <w:r>
        <w:t>思想政治教育</w:t>
      </w:r>
    </w:p>
    <w:p>
      <w:r>
        <w:t>韩歌</w:t>
      </w:r>
    </w:p>
    <w:p>
      <w:r>
        <w:t>******</w:t>
      </w:r>
    </w:p>
    <w:p>
      <w:r>
        <w:t>女</w:t>
      </w:r>
    </w:p>
    <w:p>
      <w:r>
        <w:t>普通推免</w:t>
      </w:r>
    </w:p>
    <w:p>
      <w:r>
        <w:t>3</w:t>
      </w:r>
    </w:p>
    <w:p>
      <w:r>
        <w:t>69.01</w:t>
      </w:r>
    </w:p>
    <w:p>
      <w:r>
        <w:t>62</w:t>
      </w:r>
    </w:p>
    <w:p>
      <w:r>
        <w:t>4</w:t>
      </w:r>
    </w:p>
    <w:p>
      <w:r>
        <w:t>3.79</w:t>
      </w:r>
    </w:p>
    <w:p>
      <w:r>
        <w:t>4</w:t>
      </w:r>
    </w:p>
    <w:p>
      <w:r>
        <w:t>马克思主义学院</w:t>
      </w:r>
    </w:p>
    <w:p>
      <w:r>
        <w:t>思想政治教育</w:t>
      </w:r>
    </w:p>
    <w:p>
      <w:r>
        <w:t>孙漫丽</w:t>
      </w:r>
    </w:p>
    <w:p>
      <w:r>
        <w:t>******</w:t>
      </w:r>
    </w:p>
    <w:p>
      <w:r>
        <w:t>女</w:t>
      </w:r>
    </w:p>
    <w:p>
      <w:r>
        <w:t>普通推免</w:t>
      </w:r>
    </w:p>
    <w:p>
      <w:r>
        <w:t>3</w:t>
      </w:r>
    </w:p>
    <w:p>
      <w:r>
        <w:t>68.89</w:t>
      </w:r>
    </w:p>
    <w:p>
      <w:r>
        <w:t>62</w:t>
      </w:r>
    </w:p>
    <w:p>
      <w:r>
        <w:t>5</w:t>
      </w:r>
    </w:p>
    <w:p>
      <w:r>
        <w:t>3.68</w:t>
      </w:r>
    </w:p>
    <w:p>
      <w:r>
        <w:t>以第一作者在公开发行的学术刊物发表学术论文</w:t>
      </w:r>
    </w:p>
    <w:p>
      <w:r>
        <w:t>5</w:t>
      </w:r>
    </w:p>
    <w:p>
      <w:r>
        <w:t>马克思主义学院</w:t>
      </w:r>
    </w:p>
    <w:p>
      <w:r>
        <w:t>思想政治教育</w:t>
      </w:r>
    </w:p>
    <w:p>
      <w:r>
        <w:t>陈静</w:t>
      </w:r>
    </w:p>
    <w:p>
      <w:r>
        <w:t>******</w:t>
      </w:r>
    </w:p>
    <w:p>
      <w:r>
        <w:t>女</w:t>
      </w:r>
    </w:p>
    <w:p>
      <w:r>
        <w:t>普通推免</w:t>
      </w:r>
    </w:p>
    <w:p>
      <w:r>
        <w:t>3</w:t>
      </w:r>
    </w:p>
    <w:p>
      <w:r>
        <w:t>68.35</w:t>
      </w:r>
    </w:p>
    <w:p>
      <w:r>
        <w:t>62</w:t>
      </w:r>
    </w:p>
    <w:p>
      <w:r>
        <w:t>6</w:t>
      </w:r>
    </w:p>
    <w:p>
      <w:r>
        <w:t>3.62</w:t>
      </w:r>
    </w:p>
    <w:p>
      <w:r>
        <w:t>以第一作者在公开发行的学术刊物发表学术论文</w:t>
      </w:r>
    </w:p>
    <w:p>
      <w:r>
        <w:t>6</w:t>
      </w:r>
    </w:p>
    <w:p>
      <w:r>
        <w:t>马克思主义学院</w:t>
      </w:r>
    </w:p>
    <w:p>
      <w:r>
        <w:t>思想政治教育</w:t>
      </w:r>
    </w:p>
    <w:p>
      <w:r>
        <w:t>黄祎霖</w:t>
      </w:r>
    </w:p>
    <w:p>
      <w:r>
        <w:t>******</w:t>
      </w:r>
    </w:p>
    <w:p>
      <w:r>
        <w:t>男</w:t>
      </w:r>
    </w:p>
    <w:p>
      <w:r>
        <w:t>补偿计划</w:t>
      </w:r>
    </w:p>
    <w:p>
      <w:r>
        <w:t>3</w:t>
      </w:r>
    </w:p>
    <w:p>
      <w:r>
        <w:t>68.12</w:t>
      </w:r>
    </w:p>
    <w:p>
      <w:r>
        <w:t>62</w:t>
      </w:r>
    </w:p>
    <w:p>
      <w:r>
        <w:t>7</w:t>
      </w:r>
    </w:p>
    <w:p>
      <w:r>
        <w:t>华中师范大学</w:t>
      </w:r>
    </w:p>
    <w:p>
      <w:r>
        <w:t>3.63</w:t>
      </w:r>
    </w:p>
    <w:p>
      <w:r>
        <w:t>7</w:t>
      </w:r>
    </w:p>
    <w:p>
      <w:r>
        <w:t>马克思主义学院</w:t>
      </w:r>
    </w:p>
    <w:p>
      <w:r>
        <w:t>思想政治教育</w:t>
      </w:r>
    </w:p>
    <w:p>
      <w:r>
        <w:t>杨艳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3</w:t>
      </w:r>
    </w:p>
    <w:p>
      <w:r>
        <w:t>68.11</w:t>
      </w:r>
    </w:p>
    <w:p>
      <w:r>
        <w:t>62</w:t>
      </w:r>
    </w:p>
    <w:p>
      <w:r>
        <w:t>8</w:t>
      </w:r>
    </w:p>
    <w:p>
      <w:r>
        <w:t>10635</w:t>
      </w:r>
    </w:p>
    <w:p>
      <w:r>
        <w:t>3.66</w:t>
      </w:r>
    </w:p>
    <w:p>
      <w:r>
        <w:t>8</w:t>
      </w:r>
    </w:p>
    <w:p>
      <w:r>
        <w:t>马克思主义学院</w:t>
      </w:r>
    </w:p>
    <w:p>
      <w:r>
        <w:t>思想政治教育</w:t>
      </w:r>
    </w:p>
    <w:p>
      <w:r>
        <w:t>谢玉梅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3</w:t>
      </w:r>
    </w:p>
    <w:p>
      <w:r>
        <w:t>68.03</w:t>
      </w:r>
    </w:p>
    <w:p>
      <w:r>
        <w:t>62</w:t>
      </w:r>
    </w:p>
    <w:p>
      <w:r>
        <w:t>9</w:t>
      </w:r>
    </w:p>
    <w:p>
      <w:r>
        <w:t>10635</w:t>
      </w:r>
    </w:p>
    <w:p>
      <w:r>
        <w:t>3.67</w:t>
      </w:r>
    </w:p>
    <w:p>
      <w:r>
        <w:t>9</w:t>
      </w:r>
    </w:p>
    <w:p>
      <w:r>
        <w:t>马克思主义学院</w:t>
      </w:r>
    </w:p>
    <w:p>
      <w:r>
        <w:t>思想政治教育</w:t>
      </w:r>
    </w:p>
    <w:p>
      <w:r>
        <w:t>王紫如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3</w:t>
      </w:r>
    </w:p>
    <w:p>
      <w:r>
        <w:t>67.336</w:t>
      </w:r>
    </w:p>
    <w:p>
      <w:r>
        <w:t>62</w:t>
      </w:r>
    </w:p>
    <w:p>
      <w:r>
        <w:t>11</w:t>
      </w:r>
    </w:p>
    <w:p>
      <w:r>
        <w:t>10635</w:t>
      </w:r>
    </w:p>
    <w:p>
      <w:r>
        <w:t>3.47</w:t>
      </w:r>
    </w:p>
    <w:p>
      <w:r>
        <w:t>全国啦啦操锦标赛前三</w:t>
      </w:r>
    </w:p>
    <w:p>
      <w:r>
        <w:t>10</w:t>
      </w:r>
    </w:p>
    <w:p>
      <w:r>
        <w:t>马克思主义学院</w:t>
      </w:r>
    </w:p>
    <w:p>
      <w:r>
        <w:t>思想政治教育</w:t>
      </w:r>
    </w:p>
    <w:p>
      <w:r>
        <w:t>杨斯涵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3</w:t>
      </w:r>
    </w:p>
    <w:p>
      <w:r>
        <w:t>67.256</w:t>
      </w:r>
    </w:p>
    <w:p>
      <w:r>
        <w:t>62</w:t>
      </w:r>
    </w:p>
    <w:p>
      <w:r>
        <w:t>12</w:t>
      </w:r>
    </w:p>
    <w:p>
      <w:r>
        <w:t>10635</w:t>
      </w:r>
    </w:p>
    <w:p>
      <w:r>
        <w:t>3.45</w:t>
      </w:r>
    </w:p>
    <w:p>
      <w:r>
        <w:t>2017年中国大（中）学生啦啦操锦标赛第三名</w:t>
      </w:r>
    </w:p>
    <w:p>
      <w:r>
        <w:t>11</w:t>
      </w:r>
    </w:p>
    <w:p>
      <w:r>
        <w:t>马克思主义学院</w:t>
      </w:r>
    </w:p>
    <w:p>
      <w:r>
        <w:t>思想政治教育</w:t>
      </w:r>
    </w:p>
    <w:p>
      <w:r>
        <w:t>杨秀玲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3</w:t>
      </w:r>
    </w:p>
    <w:p>
      <w:r>
        <w:t>66.68</w:t>
      </w:r>
    </w:p>
    <w:p>
      <w:r>
        <w:t>62</w:t>
      </w:r>
    </w:p>
    <w:p>
      <w:r>
        <w:t>18</w:t>
      </w:r>
    </w:p>
    <w:p>
      <w:r>
        <w:t>10635</w:t>
      </w:r>
    </w:p>
    <w:p>
      <w:r>
        <w:t>3.44</w:t>
      </w:r>
    </w:p>
    <w:p>
      <w:r>
        <w:t>12</w:t>
      </w:r>
    </w:p>
    <w:p>
      <w:r>
        <w:t>马克思主义学院</w:t>
      </w:r>
    </w:p>
    <w:p>
      <w:r>
        <w:t>思想政治教育</w:t>
      </w:r>
    </w:p>
    <w:p>
      <w:r>
        <w:t>段丽君</w:t>
      </w:r>
    </w:p>
    <w:p>
      <w:r>
        <w:t>******</w:t>
      </w:r>
    </w:p>
    <w:p>
      <w:r>
        <w:t>女</w:t>
      </w:r>
    </w:p>
    <w:p>
      <w:r>
        <w:t>补偿计划</w:t>
      </w:r>
    </w:p>
    <w:p>
      <w:r>
        <w:t>3</w:t>
      </w:r>
    </w:p>
    <w:p>
      <w:r>
        <w:t>66.65</w:t>
      </w:r>
    </w:p>
    <w:p>
      <w:r>
        <w:t>62</w:t>
      </w:r>
    </w:p>
    <w:p>
      <w:r>
        <w:t>19</w:t>
      </w:r>
    </w:p>
    <w:p>
      <w:r>
        <w:t>东北师范大学</w:t>
      </w:r>
    </w:p>
    <w:p>
      <w:r>
        <w:t>3.45</w:t>
      </w:r>
    </w:p>
    <w:p>
      <w:r>
        <w:t>13</w:t>
      </w:r>
    </w:p>
    <w:p>
      <w:r>
        <w:t>马克思主义学院</w:t>
      </w:r>
    </w:p>
    <w:p>
      <w:r>
        <w:t>思想政治教育</w:t>
      </w:r>
    </w:p>
    <w:p>
      <w:r>
        <w:t>王奕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3</w:t>
      </w:r>
    </w:p>
    <w:p>
      <w:r>
        <w:t>66.29</w:t>
      </w:r>
    </w:p>
    <w:p>
      <w:r>
        <w:t>62</w:t>
      </w:r>
    </w:p>
    <w:p>
      <w:r>
        <w:t>22</w:t>
      </w:r>
    </w:p>
    <w:p>
      <w:r>
        <w:t>10635</w:t>
      </w:r>
    </w:p>
    <w:p>
      <w:r>
        <w:t>3.38</w:t>
      </w:r>
    </w:p>
    <w:p>
      <w:r>
        <w:t>14</w:t>
      </w:r>
    </w:p>
    <w:p>
      <w:r>
        <w:t>动物科学学院</w:t>
      </w:r>
    </w:p>
    <w:p>
      <w:r>
        <w:t>水产养殖学</w:t>
      </w:r>
    </w:p>
    <w:p>
      <w:r>
        <w:t>史文祺</w:t>
      </w:r>
    </w:p>
    <w:p>
      <w:r>
        <w:t>******</w:t>
      </w:r>
    </w:p>
    <w:p>
      <w:r>
        <w:t>男</w:t>
      </w:r>
    </w:p>
    <w:p>
      <w:r>
        <w:t>一流学科和拔尖人才专项</w:t>
      </w:r>
    </w:p>
    <w:p>
      <w:r>
        <w:t>92.5</w:t>
      </w:r>
    </w:p>
    <w:p>
      <w:r>
        <w:t>1</w:t>
      </w:r>
    </w:p>
    <w:p>
      <w:r>
        <w:t>10635</w:t>
      </w:r>
    </w:p>
    <w:p>
      <w:r>
        <w:t>2.98</w:t>
      </w:r>
    </w:p>
    <w:p>
      <w:r>
        <w:t>15</w:t>
      </w:r>
    </w:p>
    <w:p>
      <w:r>
        <w:t>政治与公共管理学院</w:t>
      </w:r>
    </w:p>
    <w:p>
      <w:r>
        <w:t>行政管理</w:t>
      </w:r>
    </w:p>
    <w:p>
      <w:r>
        <w:t>米倩倩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91.75</w:t>
      </w:r>
    </w:p>
    <w:p>
      <w:r>
        <w:t>2</w:t>
      </w:r>
    </w:p>
    <w:p>
      <w:r>
        <w:t>10635</w:t>
      </w:r>
    </w:p>
    <w:p>
      <w:r>
        <w:t>3.82</w:t>
      </w:r>
    </w:p>
    <w:p>
      <w:r>
        <w:t>16</w:t>
      </w:r>
    </w:p>
    <w:p>
      <w:r>
        <w:t>农学与生物科技学院</w:t>
      </w:r>
    </w:p>
    <w:p>
      <w:r>
        <w:t>农村区域发展</w:t>
      </w:r>
    </w:p>
    <w:p>
      <w:r>
        <w:t>徐茂源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91.56</w:t>
      </w:r>
    </w:p>
    <w:p>
      <w:r>
        <w:t>3</w:t>
      </w:r>
    </w:p>
    <w:p>
      <w:r>
        <w:t>10635</w:t>
      </w:r>
    </w:p>
    <w:p>
      <w:r>
        <w:t>3.16</w:t>
      </w:r>
    </w:p>
    <w:p>
      <w:r>
        <w:t>17</w:t>
      </w:r>
    </w:p>
    <w:p>
      <w:r>
        <w:t>教育学部</w:t>
      </w:r>
    </w:p>
    <w:p>
      <w:r>
        <w:t>教育学</w:t>
      </w:r>
    </w:p>
    <w:p>
      <w:r>
        <w:t>杨萍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91.13</w:t>
      </w:r>
    </w:p>
    <w:p>
      <w:r>
        <w:t>4</w:t>
      </w:r>
    </w:p>
    <w:p>
      <w:r>
        <w:t>10635</w:t>
      </w:r>
    </w:p>
    <w:p>
      <w:r>
        <w:t>3.79</w:t>
      </w:r>
    </w:p>
    <w:p>
      <w:r>
        <w:t>18</w:t>
      </w:r>
    </w:p>
    <w:p>
      <w:r>
        <w:t>文化与社会发展学院</w:t>
      </w:r>
    </w:p>
    <w:p>
      <w:r>
        <w:t>社会工作</w:t>
      </w:r>
    </w:p>
    <w:p>
      <w:r>
        <w:t>任静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91</w:t>
      </w:r>
    </w:p>
    <w:p>
      <w:r>
        <w:t>5</w:t>
      </w:r>
    </w:p>
    <w:p>
      <w:r>
        <w:t>10635</w:t>
      </w:r>
    </w:p>
    <w:p>
      <w:r>
        <w:t>3.99</w:t>
      </w:r>
    </w:p>
    <w:p>
      <w:r>
        <w:t>19</w:t>
      </w:r>
    </w:p>
    <w:p>
      <w:r>
        <w:t>新闻传媒学院</w:t>
      </w:r>
    </w:p>
    <w:p>
      <w:r>
        <w:t>播音与主持艺术</w:t>
      </w:r>
    </w:p>
    <w:p>
      <w:r>
        <w:t>王景宇</w:t>
      </w:r>
    </w:p>
    <w:p>
      <w:r>
        <w:t>******</w:t>
      </w:r>
    </w:p>
    <w:p>
      <w:r>
        <w:t>男</w:t>
      </w:r>
    </w:p>
    <w:p>
      <w:r>
        <w:t>一流学科和拔尖人才专项</w:t>
      </w:r>
    </w:p>
    <w:p>
      <w:r>
        <w:t>90.75</w:t>
      </w:r>
    </w:p>
    <w:p>
      <w:r>
        <w:t>6</w:t>
      </w:r>
    </w:p>
    <w:p>
      <w:r>
        <w:t>10635</w:t>
      </w:r>
    </w:p>
    <w:p>
      <w:r>
        <w:t>3.78</w:t>
      </w:r>
    </w:p>
    <w:p>
      <w:r>
        <w:t>20</w:t>
      </w:r>
    </w:p>
    <w:p>
      <w:r>
        <w:t>生物技术学院</w:t>
      </w:r>
    </w:p>
    <w:p>
      <w:r>
        <w:t>蚕学</w:t>
      </w:r>
    </w:p>
    <w:p>
      <w:r>
        <w:t>王星入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90.15</w:t>
      </w:r>
    </w:p>
    <w:p>
      <w:r>
        <w:t>7</w:t>
      </w:r>
    </w:p>
    <w:p>
      <w:r>
        <w:t>10635</w:t>
      </w:r>
    </w:p>
    <w:p>
      <w:r>
        <w:t>3.63</w:t>
      </w:r>
    </w:p>
    <w:p>
      <w:r>
        <w:t>21</w:t>
      </w:r>
    </w:p>
    <w:p>
      <w:r>
        <w:t>外国语学院</w:t>
      </w:r>
    </w:p>
    <w:p>
      <w:r>
        <w:t>德语</w:t>
      </w:r>
    </w:p>
    <w:p>
      <w:r>
        <w:t>兰璐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86.9</w:t>
      </w:r>
    </w:p>
    <w:p>
      <w:r>
        <w:t>8</w:t>
      </w:r>
    </w:p>
    <w:p>
      <w:r>
        <w:t>10635</w:t>
      </w:r>
    </w:p>
    <w:p>
      <w:r>
        <w:t>4.12</w:t>
      </w:r>
    </w:p>
    <w:p>
      <w:r>
        <w:t>22</w:t>
      </w:r>
    </w:p>
    <w:p>
      <w:r>
        <w:t>政治与公共管理学院</w:t>
      </w:r>
    </w:p>
    <w:p>
      <w:r>
        <w:t>哲学</w:t>
      </w:r>
    </w:p>
    <w:p>
      <w:r>
        <w:t>刘慧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85.75</w:t>
      </w:r>
    </w:p>
    <w:p>
      <w:r>
        <w:t>9</w:t>
      </w:r>
    </w:p>
    <w:p>
      <w:r>
        <w:t>10635</w:t>
      </w:r>
    </w:p>
    <w:p>
      <w:r>
        <w:t>3.81</w:t>
      </w:r>
    </w:p>
    <w:p>
      <w:r>
        <w:t>候补</w:t>
      </w:r>
    </w:p>
    <w:p>
      <w:r>
        <w:t>23</w:t>
      </w:r>
    </w:p>
    <w:p>
      <w:r>
        <w:t>文化与社会发展学院</w:t>
      </w:r>
    </w:p>
    <w:p>
      <w:r>
        <w:t>文化产业管理</w:t>
      </w:r>
    </w:p>
    <w:p>
      <w:r>
        <w:t>陈姿璇</w:t>
      </w:r>
    </w:p>
    <w:p>
      <w:r>
        <w:t>******</w:t>
      </w:r>
    </w:p>
    <w:p>
      <w:r>
        <w:t>女</w:t>
      </w:r>
    </w:p>
    <w:p>
      <w:r>
        <w:t>一流学科和拔尖人才专项</w:t>
      </w:r>
    </w:p>
    <w:p>
      <w:r>
        <w:t>78.5</w:t>
      </w:r>
    </w:p>
    <w:p>
      <w:r>
        <w:t>10</w:t>
      </w:r>
    </w:p>
    <w:p>
      <w:r>
        <w:t>10635</w:t>
      </w:r>
    </w:p>
    <w:p>
      <w:r>
        <w:t>3.92</w:t>
      </w:r>
    </w:p>
    <w:p>
      <w:r>
        <w:t>候补</w:t>
      </w:r>
    </w:p>
    <w:p>
      <w:r>
        <w:t>公示时间：2018年9月18日 至 2018年9月30日（10个工作日） 学院举报电话：68367922 电子邮箱：294605517@qq.com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