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首都师范大学生命科学学院2026届本科生推免名单公示</w:t>
      </w:r>
    </w:p>
    <w:p>
      <w:r>
        <w:t>发布时间：2025年9月11日</w:t>
      </w:r>
    </w:p>
    <w:p>
      <w:r>
        <w:t>来源URL：https://smkxxy.cnu.edu.cn/tzgg3/255255791d6c4a0eb5dfc3b83f1546fe.htm</w:t>
      </w:r>
    </w:p>
    <w:p>
      <w:r>
        <w:t>========================================</w:t>
      </w:r>
    </w:p>
    <w:p>
      <w:r>
        <w:t>首都师范大学生命科学学院2026届本科生推免名单公示</w:t>
      </w:r>
    </w:p>
    <w:p>
      <w:r>
        <w:t>日期：2025-09-11 | 访问量：</w:t>
      </w:r>
    </w:p>
    <w:p>
      <w:r>
        <w:t>首都师范大学生命科学学院2026届学生推免名单公示</w:t>
      </w:r>
    </w:p>
    <w:p>
      <w:r>
        <w:t>首都师范大学生命科学学院按照《首都师范大学推荐免试攻读硕士研究生工作实施办法》（首都师大校发〔2023〕58 号）及首都师范大学教务处、研究生院的相关文件要求，制定了《生命科学学院推荐2026届优秀应届本科毕业生免试攻读研究生工作的办法》，专门成立了学院推免工作小组和学院推免生学术专长审核小组进行推免评审工作。根据推免报名截止日时2022级学生的学业成绩、奖学金加分，经过特殊学术专长加分及其他加分审核等，形成了学业成绩和奖励加分的综合排名，由此确定了我院2026届拟获得推免资格的同学名单。</w:t>
      </w:r>
    </w:p>
    <w:p>
      <w:r>
        <w:t>公示如下：</w:t>
      </w:r>
    </w:p>
    <w:p>
      <w:r>
        <w:t>2022生物科学专业</w:t>
      </w:r>
    </w:p>
    <w:p>
      <w:r>
        <w:t>总分排名</w:t>
      </w:r>
    </w:p>
    <w:p>
      <w:r>
        <w:t>学号</w:t>
      </w:r>
    </w:p>
    <w:p>
      <w:r>
        <w:t>姓名</w:t>
      </w:r>
    </w:p>
    <w:p>
      <w:r>
        <w:t>学业成绩</w:t>
      </w:r>
    </w:p>
    <w:p>
      <w:r>
        <w:t>奖学金加分</w:t>
      </w:r>
    </w:p>
    <w:p>
      <w:r>
        <w:t>特殊学术专长加分</w:t>
      </w:r>
    </w:p>
    <w:p>
      <w:r>
        <w:t>总分</w:t>
      </w:r>
    </w:p>
    <w:p>
      <w:r>
        <w:t>推免意向</w:t>
      </w:r>
    </w:p>
    <w:p>
      <w:r>
        <w:t>1</w:t>
      </w:r>
    </w:p>
    <w:p>
      <w:r>
        <w:t>1220805120</w:t>
      </w:r>
    </w:p>
    <w:p>
      <w:r>
        <w:t>刘蔚然</w:t>
      </w:r>
    </w:p>
    <w:p>
      <w:r>
        <w:t>93.84</w:t>
      </w:r>
    </w:p>
    <w:p>
      <w:r>
        <w:t>1</w:t>
      </w:r>
    </w:p>
    <w:p>
      <w:r>
        <w:t>1</w:t>
      </w:r>
    </w:p>
    <w:p>
      <w:r>
        <w:t>95.84</w:t>
      </w:r>
    </w:p>
    <w:p>
      <w:r>
        <w:t>2</w:t>
      </w:r>
    </w:p>
    <w:p>
      <w:r>
        <w:t>1220805107</w:t>
      </w:r>
    </w:p>
    <w:p>
      <w:r>
        <w:t>陈璐璐</w:t>
      </w:r>
    </w:p>
    <w:p>
      <w:r>
        <w:t>91.57</w:t>
      </w:r>
    </w:p>
    <w:p>
      <w:r>
        <w:t>0.8</w:t>
      </w:r>
    </w:p>
    <w:p>
      <w:r>
        <w:t>1</w:t>
      </w:r>
    </w:p>
    <w:p>
      <w:r>
        <w:t>93.37</w:t>
      </w:r>
    </w:p>
    <w:p>
      <w:r>
        <w:t>3</w:t>
      </w:r>
    </w:p>
    <w:p>
      <w:r>
        <w:t>1220805124</w:t>
      </w:r>
    </w:p>
    <w:p>
      <w:r>
        <w:t>彭璐</w:t>
      </w:r>
    </w:p>
    <w:p>
      <w:r>
        <w:t>91.46</w:t>
      </w:r>
    </w:p>
    <w:p>
      <w:r>
        <w:t>0.8</w:t>
      </w:r>
    </w:p>
    <w:p>
      <w:r>
        <w:t>92.26</w:t>
      </w:r>
    </w:p>
    <w:p>
      <w:r>
        <w:t>4</w:t>
      </w:r>
    </w:p>
    <w:p>
      <w:r>
        <w:t>1220803103</w:t>
      </w:r>
    </w:p>
    <w:p>
      <w:r>
        <w:t>赵晨阳</w:t>
      </w:r>
    </w:p>
    <w:p>
      <w:r>
        <w:t>91.37</w:t>
      </w:r>
    </w:p>
    <w:p>
      <w:r>
        <w:t>0.8</w:t>
      </w:r>
    </w:p>
    <w:p>
      <w:r>
        <w:t>92.17</w:t>
      </w:r>
    </w:p>
    <w:p>
      <w:r>
        <w:t>5</w:t>
      </w:r>
    </w:p>
    <w:p>
      <w:r>
        <w:t>1220805121</w:t>
      </w:r>
    </w:p>
    <w:p>
      <w:r>
        <w:t>刘阳</w:t>
      </w:r>
    </w:p>
    <w:p>
      <w:r>
        <w:t>91.14</w:t>
      </w:r>
    </w:p>
    <w:p>
      <w:r>
        <w:t>0.6</w:t>
      </w:r>
    </w:p>
    <w:p>
      <w:r>
        <w:t>91.74</w:t>
      </w:r>
    </w:p>
    <w:p>
      <w:r>
        <w:t>6</w:t>
      </w:r>
    </w:p>
    <w:p>
      <w:r>
        <w:t>1220803077</w:t>
      </w:r>
    </w:p>
    <w:p>
      <w:r>
        <w:t>黄可盈</w:t>
      </w:r>
    </w:p>
    <w:p>
      <w:r>
        <w:t>91.09</w:t>
      </w:r>
    </w:p>
    <w:p>
      <w:r>
        <w:t>0.6</w:t>
      </w:r>
    </w:p>
    <w:p>
      <w:r>
        <w:t>91.69</w:t>
      </w:r>
    </w:p>
    <w:p>
      <w:r>
        <w:t>7</w:t>
      </w:r>
    </w:p>
    <w:p>
      <w:r>
        <w:t>1220805136</w:t>
      </w:r>
    </w:p>
    <w:p>
      <w:r>
        <w:t>赵梦姣</w:t>
      </w:r>
    </w:p>
    <w:p>
      <w:r>
        <w:t>90.64</w:t>
      </w:r>
    </w:p>
    <w:p>
      <w:r>
        <w:t>0.6</w:t>
      </w:r>
    </w:p>
    <w:p>
      <w:r>
        <w:t>91.24</w:t>
      </w:r>
    </w:p>
    <w:p>
      <w:r>
        <w:t>8</w:t>
      </w:r>
    </w:p>
    <w:p>
      <w:r>
        <w:t>1210205001</w:t>
      </w:r>
    </w:p>
    <w:p>
      <w:r>
        <w:t>鲍坤宇</w:t>
      </w:r>
    </w:p>
    <w:p>
      <w:r>
        <w:t>90.05</w:t>
      </w:r>
    </w:p>
    <w:p>
      <w:r>
        <w:t>0.6</w:t>
      </w:r>
    </w:p>
    <w:p>
      <w:r>
        <w:t>90.65</w:t>
      </w:r>
    </w:p>
    <w:p>
      <w:r>
        <w:t>9</w:t>
      </w:r>
    </w:p>
    <w:p>
      <w:r>
        <w:t>1220803105</w:t>
      </w:r>
    </w:p>
    <w:p>
      <w:r>
        <w:t>左栅栅</w:t>
      </w:r>
    </w:p>
    <w:p>
      <w:r>
        <w:t>89.64</w:t>
      </w:r>
    </w:p>
    <w:p>
      <w:r>
        <w:t>0.8</w:t>
      </w:r>
    </w:p>
    <w:p>
      <w:r>
        <w:t>90.44</w:t>
      </w:r>
    </w:p>
    <w:p>
      <w:r>
        <w:t>10</w:t>
      </w:r>
    </w:p>
    <w:p>
      <w:r>
        <w:t>1220805122</w:t>
      </w:r>
    </w:p>
    <w:p>
      <w:r>
        <w:t>刘卓晗</w:t>
      </w:r>
    </w:p>
    <w:p>
      <w:r>
        <w:t>89.57</w:t>
      </w:r>
    </w:p>
    <w:p>
      <w:r>
        <w:t>0.4</w:t>
      </w:r>
    </w:p>
    <w:p>
      <w:r>
        <w:t>89.97</w:t>
      </w:r>
    </w:p>
    <w:p>
      <w:r>
        <w:t>“国优计划”</w:t>
      </w:r>
    </w:p>
    <w:p>
      <w:r>
        <w:t>11</w:t>
      </w:r>
    </w:p>
    <w:p>
      <w:r>
        <w:t>1220803102</w:t>
      </w:r>
    </w:p>
    <w:p>
      <w:r>
        <w:t>张玉璞</w:t>
      </w:r>
    </w:p>
    <w:p>
      <w:r>
        <w:t>89.23</w:t>
      </w:r>
    </w:p>
    <w:p>
      <w:r>
        <w:t>0.4</w:t>
      </w:r>
    </w:p>
    <w:p>
      <w:r>
        <w:t>89.63</w:t>
      </w:r>
    </w:p>
    <w:p>
      <w:r>
        <w:t>“国优计划”</w:t>
      </w:r>
    </w:p>
    <w:p>
      <w:r>
        <w:t>2022级生物科学（师范）专业</w:t>
      </w:r>
    </w:p>
    <w:p>
      <w:r>
        <w:t>总分排名</w:t>
      </w:r>
    </w:p>
    <w:p>
      <w:r>
        <w:t>学号</w:t>
      </w:r>
    </w:p>
    <w:p>
      <w:r>
        <w:t>姓名</w:t>
      </w:r>
    </w:p>
    <w:p>
      <w:r>
        <w:t>学业成绩</w:t>
      </w:r>
    </w:p>
    <w:p>
      <w:r>
        <w:t>奖学金加分</w:t>
      </w:r>
    </w:p>
    <w:p>
      <w:r>
        <w:t>特殊学术专长加分</w:t>
      </w:r>
    </w:p>
    <w:p>
      <w:r>
        <w:t>&lt;span style="f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