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河北北方学院公共体育部关于2026届拟推荐优秀应届本科毕业生免试攻读硕士研究生名单的公示</w:t>
      </w:r>
    </w:p>
    <w:p>
      <w:r>
        <w:t>发布时间：2025年9月6日</w:t>
      </w:r>
    </w:p>
    <w:p>
      <w:r>
        <w:t>来源URL：https://www.hebeinu.edu.cn/gtb/index.php?s=/Show/index/cid/30/id/578.html</w:t>
      </w:r>
    </w:p>
    <w:p>
      <w:r>
        <w:t>========================================</w:t>
      </w:r>
    </w:p>
    <w:p>
      <w:r>
        <w:t>河北北方学院主页 |</w:t>
      </w:r>
    </w:p>
    <w:p>
      <w:r>
        <w:t>加入收藏 |</w:t>
      </w:r>
    </w:p>
    <w:p>
      <w:r>
        <w:t>旧版网站</w:t>
      </w:r>
    </w:p>
    <w:p>
      <w:r>
        <w:t>网站首页</w:t>
      </w:r>
    </w:p>
    <w:p>
      <w:r>
        <w:t>部门概况</w:t>
      </w:r>
    </w:p>
    <w:p>
      <w:r>
        <w:t>部门简介机构设置部门领导</w:t>
      </w:r>
    </w:p>
    <w:p>
      <w:r>
        <w:t>党建工作</w:t>
      </w:r>
    </w:p>
    <w:p>
      <w:r>
        <w:t>支部设置工作动态理论学习</w:t>
      </w:r>
    </w:p>
    <w:p>
      <w:r>
        <w:t>教育教学</w:t>
      </w:r>
    </w:p>
    <w:p>
      <w:r>
        <w:t>本科体育专业教育研究生教育公共体育教育师资队伍</w:t>
      </w:r>
    </w:p>
    <w:p>
      <w:r>
        <w:t>科研工作</w:t>
      </w:r>
    </w:p>
    <w:p>
      <w:r>
        <w:t>科研动态科研成果学术交流</w:t>
      </w:r>
    </w:p>
    <w:p>
      <w:r>
        <w:t>学生工作</w:t>
      </w:r>
    </w:p>
    <w:p>
      <w:r>
        <w:t>学生管理团学工作学工队伍</w:t>
      </w:r>
    </w:p>
    <w:p>
      <w:r>
        <w:t>招生就业</w:t>
      </w:r>
    </w:p>
    <w:p>
      <w:r>
        <w:t>招生工作就业工作</w:t>
      </w:r>
    </w:p>
    <w:p>
      <w:r>
        <w:t>竞训中心</w:t>
      </w:r>
    </w:p>
    <w:p>
      <w:r>
        <w:t>运动队教练队伍运动员考研风采</w:t>
      </w:r>
    </w:p>
    <w:p>
      <w:r>
        <w:t>场馆设施</w:t>
      </w:r>
    </w:p>
    <w:p>
      <w:r>
        <w:t>资料下载</w:t>
      </w:r>
    </w:p>
    <w:p>
      <w:r>
        <w:t>新闻中心</w:t>
      </w:r>
    </w:p>
    <w:p>
      <w:r>
        <w:t>新闻动态</w:t>
      </w:r>
    </w:p>
    <w:p>
      <w:r>
        <w:t>通知公告</w:t>
      </w:r>
    </w:p>
    <w:p>
      <w:r>
        <w:t>首页 &gt; 新闻中心 &gt; 通知公告</w:t>
      </w:r>
    </w:p>
    <w:p>
      <w:r>
        <w:t>河北北方学院公共体育部关于2026届拟推荐优秀应届本科毕业生免试攻读硕士研究生名单的公示</w:t>
      </w:r>
    </w:p>
    <w:p>
      <w:r>
        <w:t>发布时间：2025.09.06 阅读次数：2321</w:t>
      </w:r>
    </w:p>
    <w:p>
      <w:r>
        <w:t>版权所有：河北北方学院 冀ICP备05002797号-1</w:t>
      </w:r>
    </w:p>
    <w:p>
      <w:r>
        <w:t>地址：张家口市高新区钻石南路11号 邮政编码：075000 旧版网站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