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关于公布广州中医药大学第十临床医学院2026年接收推免生第一轮复试时间安排和复试名单的通知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各相关考生：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根据工作安排，现公布广州中医药大学第十临床医学院2026年接收推免生第一轮复试时间安排和复试名单。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一、2026年接收推免生复试时间安排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院所代码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院所名称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现场复试地点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9月22日（周一）下午2:00-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中山市西区康欣路3号中山市中医院行政楼6楼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9月22日（周一）下午2:00-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中山市西区康欣路3号中山市中医院行政楼6楼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9月22日（周一）下午2:00-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中山市西区康欣路3号中山市中医院行政楼6楼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9月22日（周一）下午2:00-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中山市西区康欣路3号中山市中医院行政楼6楼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9月22日（周一）下午2:00-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中山市西区康欣路3号中山市中医院行政楼6楼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二、2026年接收推免生复试名单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报考院所代码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报考院所名称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考生证件号码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报考研究方向代码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报考研究方向名称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445************841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442************220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510************101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410************044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莫*冰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452************221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查*丹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511************485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何*美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450************703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360************106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450************027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誉*嫣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450************125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占*华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360************515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513************322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450************92X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500************74X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140************524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130************027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440************946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410************90X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第十临床医学院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宣*洁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450************147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自愿放弃复试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中医院地址：广东省中山市西区康欣路3号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