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公示 | 关于管理科学与工程学院2026年常规推免拟推荐名单的公示-中央财经大学管理科学与工程学院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公示时间：2025年9月9日-9月11日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公示地点：学院官网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受理方式：如对上述名单有异议，请在公示期内以来电、来信、来访的形式向学院推免生推荐工作小组实名反映。反映的问题应事实清楚，反映情况者应提供真实姓名和联系方式，对无实质内容的匿名信和来电、来访一般不做调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发布单位：管理科学与工程学院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二、常规推免拟推荐名单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本次常规推免拟推荐名单共53人，涉及专业包括：大数据管理与应用、工程管理(建设经济管理)、管理科学(商务量化分析)、投资学。推荐类型均为0，排名方式均为3。综合成绩为非综测成绩。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</w:tblGrid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推荐类型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排名方式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综合成绩（非综测成绩）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综合名次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排名人数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学分加权平均分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大数据管理与应用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刘澍泽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2022311616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99.68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94.23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大数据管理与应用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雷光正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2022311639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97.73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92.37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大数据管理与应用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计徐哲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2022311631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97.19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92.18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大数据管理与应用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赵梓锜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2022311625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96.61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91.30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大数据管理与应用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吴若璇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2022311647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95.97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91.64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大数据管理与应用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乔雅茹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2022311628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95.09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90.40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大数据管理与应用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何佳瑶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2022311634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94.95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91.56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大数据管理与应用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王凯言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2022312429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94.82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90.50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大数据管理与应用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吴戈瑶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2022311632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94.42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90.05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大数据管理与应用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曹扬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2022311636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94.28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88.93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大数据管理与应用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张佳琪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2022311624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93.63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90.24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大数据管理与应用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李雨琦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2022311637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93.49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89.71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大数据管理与应用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宋超然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2022311622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93.22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89.86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大数据管理与应用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李欢瑜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2022311645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92.92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90.16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大数据管理与应用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冀欣悦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2022311626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92.47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88.37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大数据管理与应用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杨露西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2022311650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89.31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87.00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大数据管理与应用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陈锦浩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2022311640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87.11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工程管理(建设经济管理)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孙亚晴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2022311502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96.61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91.45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工程管理(建设经济管理)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杜君涵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2022311478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96.46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91.69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工程管理(建设经济管理)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陈彦吉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2022311489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93.70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91.73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工程管理(建设经济管理)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王馨茹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2022311520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92.20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87.34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工程管理(建设经济管理)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吴梦芝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2022311514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88.74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86.40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工程管理(建设经济管理)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王红莲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2022311521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86.31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83.28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管理科学(商务量化分析)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丁正扬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2022311483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97.37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91.71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管理科学(商务量化分析)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王一汁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2022311491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96.10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90.86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管理科学(商务量化分析)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许诗妍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2022311485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95.48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90.44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管理科学(商务量化分析)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李秉航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2022311503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94.42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88.79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管理科学(商务量化分析)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刘泓显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2022311511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92.72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88.08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管理科学(商务量化分析)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周思汛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2022311519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87.61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管理科学(商务量化分析)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刘君婷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2022311477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87.53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管理科学(商务量化分析)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刘嘉欣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2022311492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87.24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管理科学(商务量化分析)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石雨茜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2022311486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86.83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投资学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刘冉冲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2022311529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99.74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94.07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投资学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曹馨语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2022311567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99.36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94.10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投资学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王梦燃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2022311561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98.63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94.08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投资学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聂小雅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2022311535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97.76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91.97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投资学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杨宗瑶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2022311552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97.12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92.75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投资学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董自强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2022311557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96.78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91.49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投资学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马赫遥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2022311533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95.94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91.73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投资学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姜润泽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2022311547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94.61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91.78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投资学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岳凌慧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2022311539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93.69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90.88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投资学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詹子成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2022311546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91.35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88.11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投资学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刘子涵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2022311597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100.25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94.73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投资学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刘孟良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2022311592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98.94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93.03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投资学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李宗瀚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2022311573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98.35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91.86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投资学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朱婧艳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2022311585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97.35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91.12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投资学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冯浩轩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2022311602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96.46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91.33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投资学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雷家豪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2022311588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96.18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90.66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投资学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李思涵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2022311610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94.553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88.66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投资学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潘媛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2022311581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92.73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90.61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投资学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冯铄然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2022311595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90.84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投资学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陈杉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2022311604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87.21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投资学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荣子怡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2022311587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87.98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以下名单共15人，包含学号、姓名、综合成绩、综合成绩排名信息。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综合成绩排名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2022311742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郭灿宁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104.9096667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2022311743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高馨怡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104.0296667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2022311744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阿拉木斯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102.9526667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2022311750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陈虹羽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102.0306667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2022311751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刘沐遥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100.2508333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2022311757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张德亨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92.77966667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2022311749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王宇康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86.76816667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2021311813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86.35033333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2022311752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86.13283333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2022311755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唯青措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85.1115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2022311747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李沛洋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84.43733333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2022311745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关欣瑞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84.28983333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2022311746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程艺馨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83.63883333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2022311748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李献杉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82.89183333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2022311754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黄路易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77.65966667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