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信息学院2026年推荐免试硕士研究生通过复试名单公示（第二批）</w:t>
      </w:r>
    </w:p>
    <w:p>
      <w:r>
        <w:t>发布时间：2025年9月24日</w:t>
      </w:r>
    </w:p>
    <w:p>
      <w:r>
        <w:t>来源URL：https://coi.hzau.edu.cn/info/1611/53531.htm</w:t>
      </w:r>
    </w:p>
    <w:p>
      <w:r>
        <w:t>========================================</w:t>
      </w:r>
    </w:p>
    <w:p>
      <w:r>
        <w:t>&gt;</w:t>
      </w:r>
    </w:p>
    <w:p>
      <w:r>
        <w:t>一、 信息学院2026年推荐免试硕士研究生成绩名单</w:t>
      </w:r>
    </w:p>
    <w:p>
      <w:r>
        <w:t>姓名</w:t>
      </w:r>
    </w:p>
    <w:p>
      <w:r>
        <w:t>报考专业(领域)代码</w:t>
      </w:r>
    </w:p>
    <w:p>
      <w:r>
        <w:t>报考专业（领域）</w:t>
      </w:r>
    </w:p>
    <w:p>
      <w:r>
        <w:t>总成绩 （百分制）</w:t>
      </w:r>
    </w:p>
    <w:p>
      <w:r>
        <w:t>张敏</w:t>
      </w:r>
    </w:p>
    <w:p>
      <w:r>
        <w:t>070100</w:t>
      </w:r>
    </w:p>
    <w:p>
      <w:r>
        <w:t>数学</w:t>
      </w:r>
    </w:p>
    <w:p>
      <w:r>
        <w:t>81.97</w:t>
      </w:r>
    </w:p>
    <w:p>
      <w:r>
        <w:t>高泽丽</w:t>
      </w:r>
    </w:p>
    <w:p>
      <w:r>
        <w:t>025200</w:t>
      </w:r>
    </w:p>
    <w:p>
      <w:r>
        <w:t>应用统计</w:t>
      </w:r>
    </w:p>
    <w:p>
      <w:r>
        <w:t>83.93</w:t>
      </w:r>
    </w:p>
    <w:p>
      <w:r>
        <w:t>刘美</w:t>
      </w:r>
    </w:p>
    <w:p>
      <w:r>
        <w:t>025200</w:t>
      </w:r>
    </w:p>
    <w:p>
      <w:r>
        <w:t>应用统计</w:t>
      </w:r>
    </w:p>
    <w:p>
      <w:r>
        <w:t>83.47</w:t>
      </w:r>
    </w:p>
    <w:p>
      <w:r>
        <w:t>黄飞燕</w:t>
      </w:r>
    </w:p>
    <w:p>
      <w:r>
        <w:t>025200</w:t>
      </w:r>
    </w:p>
    <w:p>
      <w:r>
        <w:t>应用统计</w:t>
      </w:r>
    </w:p>
    <w:p>
      <w:r>
        <w:t>81.17</w:t>
      </w:r>
    </w:p>
    <w:p>
      <w:r>
        <w:t>刘宏远</w:t>
      </w:r>
    </w:p>
    <w:p>
      <w:r>
        <w:t>081203</w:t>
      </w:r>
    </w:p>
    <w:p>
      <w:r>
        <w:t>计算机应用技术（学硕）</w:t>
      </w:r>
    </w:p>
    <w:p>
      <w:r>
        <w:t>85.12</w:t>
      </w:r>
    </w:p>
    <w:p>
      <w:r>
        <w:t>李瞄瞄</w:t>
      </w:r>
    </w:p>
    <w:p>
      <w:r>
        <w:t>081203</w:t>
      </w:r>
    </w:p>
    <w:p>
      <w:r>
        <w:t>计算机应用技术（学硕）</w:t>
      </w:r>
    </w:p>
    <w:p>
      <w:r>
        <w:t>84.07</w:t>
      </w:r>
    </w:p>
    <w:p>
      <w:r>
        <w:t>彭如杰</w:t>
      </w:r>
    </w:p>
    <w:p>
      <w:r>
        <w:t>081203</w:t>
      </w:r>
    </w:p>
    <w:p>
      <w:r>
        <w:t>计算机应用技术（学硕）</w:t>
      </w:r>
    </w:p>
    <w:p>
      <w:r>
        <w:t>84.00</w:t>
      </w:r>
    </w:p>
    <w:p>
      <w:r>
        <w:t>丁莹</w:t>
      </w:r>
    </w:p>
    <w:p>
      <w:r>
        <w:t>081203</w:t>
      </w:r>
    </w:p>
    <w:p>
      <w:r>
        <w:t>计算机应用技术（学硕）</w:t>
      </w:r>
    </w:p>
    <w:p>
      <w:r>
        <w:t>83.37</w:t>
      </w:r>
    </w:p>
    <w:p>
      <w:r>
        <w:t>艾雨晴</w:t>
      </w:r>
    </w:p>
    <w:p>
      <w:r>
        <w:t>081203</w:t>
      </w:r>
    </w:p>
    <w:p>
      <w:r>
        <w:t>计算机应用技术（学硕）</w:t>
      </w:r>
    </w:p>
    <w:p>
      <w:r>
        <w:t>82.84</w:t>
      </w:r>
    </w:p>
    <w:p>
      <w:r>
        <w:t>程仁杰</w:t>
      </w:r>
    </w:p>
    <w:p>
      <w:r>
        <w:t>081203</w:t>
      </w:r>
    </w:p>
    <w:p>
      <w:r>
        <w:t>计算机应用技术（学硕）</w:t>
      </w:r>
    </w:p>
    <w:p>
      <w:r>
        <w:t>82.56</w:t>
      </w:r>
    </w:p>
    <w:p>
      <w:r>
        <w:t>余婉琳</w:t>
      </w:r>
    </w:p>
    <w:p>
      <w:r>
        <w:t>081203</w:t>
      </w:r>
    </w:p>
    <w:p>
      <w:r>
        <w:t>计算机应用技术（学硕）</w:t>
      </w:r>
    </w:p>
    <w:p>
      <w:r>
        <w:t>82.23</w:t>
      </w:r>
    </w:p>
    <w:p>
      <w:r>
        <w:t>侯雅萱</w:t>
      </w:r>
    </w:p>
    <w:p>
      <w:r>
        <w:t>081203</w:t>
      </w:r>
    </w:p>
    <w:p>
      <w:r>
        <w:t>计算机应用技术（学硕）</w:t>
      </w:r>
    </w:p>
    <w:p>
      <w:r>
        <w:t>80.23</w:t>
      </w:r>
    </w:p>
    <w:p>
      <w:r>
        <w:t>付傲</w:t>
      </w:r>
    </w:p>
    <w:p>
      <w:r>
        <w:t>081203</w:t>
      </w:r>
    </w:p>
    <w:p>
      <w:r>
        <w:t>计算机应用技术（学硕）</w:t>
      </w:r>
    </w:p>
    <w:p>
      <w:r>
        <w:t>79.48</w:t>
      </w:r>
    </w:p>
    <w:p>
      <w:r>
        <w:t>黄瑞安</w:t>
      </w:r>
    </w:p>
    <w:p>
      <w:r>
        <w:t>085400</w:t>
      </w:r>
    </w:p>
    <w:p>
      <w:r>
        <w:t>电子信息（专硕）</w:t>
      </w:r>
    </w:p>
    <w:p>
      <w:r>
        <w:t>87.36</w:t>
      </w:r>
    </w:p>
    <w:p>
      <w:r>
        <w:t>袁雨琴</w:t>
      </w:r>
    </w:p>
    <w:p>
      <w:r>
        <w:t>085400</w:t>
      </w:r>
    </w:p>
    <w:p>
      <w:r>
        <w:t>电子信息（专硕）</w:t>
      </w:r>
    </w:p>
    <w:p>
      <w:r>
        <w:t>86.47</w:t>
      </w:r>
    </w:p>
    <w:p>
      <w:r>
        <w:t>布占炎</w:t>
      </w:r>
    </w:p>
    <w:p>
      <w:r>
        <w:t>085400</w:t>
      </w:r>
    </w:p>
    <w:p>
      <w:r>
        <w:t>电子信息（专硕）</w:t>
      </w:r>
    </w:p>
    <w:p>
      <w:r>
        <w:t>81.60</w:t>
      </w:r>
    </w:p>
    <w:p>
      <w:r>
        <w:t>胡赢博</w:t>
      </w:r>
    </w:p>
    <w:p>
      <w:r>
        <w:t>085400</w:t>
      </w:r>
    </w:p>
    <w:p>
      <w:r>
        <w:t>电子信息（专硕）</w:t>
      </w:r>
    </w:p>
    <w:p>
      <w:r>
        <w:t>80.93</w:t>
      </w:r>
    </w:p>
    <w:p>
      <w:r>
        <w:t>唐婉棋</w:t>
      </w:r>
    </w:p>
    <w:p>
      <w:r>
        <w:t>085404</w:t>
      </w:r>
    </w:p>
    <w:p>
      <w:r>
        <w:t>计算机技术（专硕）</w:t>
      </w:r>
    </w:p>
    <w:p>
      <w:r>
        <w:t>81.50</w:t>
      </w:r>
    </w:p>
    <w:p>
      <w:r>
        <w:t>肖湘崎</w:t>
      </w:r>
    </w:p>
    <w:p>
      <w:r>
        <w:t>085410</w:t>
      </w:r>
    </w:p>
    <w:p>
      <w:r>
        <w:t>人工智能（专硕）</w:t>
      </w:r>
    </w:p>
    <w:p>
      <w:r>
        <w:t>88.13</w:t>
      </w:r>
    </w:p>
    <w:p>
      <w:r>
        <w:t>周佳豪</w:t>
      </w:r>
    </w:p>
    <w:p>
      <w:r>
        <w:t>085410</w:t>
      </w:r>
    </w:p>
    <w:p>
      <w:r>
        <w:t>人工智能（专硕）</w:t>
      </w:r>
    </w:p>
    <w:p>
      <w:r>
        <w:t>86.40</w:t>
      </w:r>
    </w:p>
    <w:p>
      <w:r>
        <w:t>二、考生若对以上公示有异议，可通过如下途径咨询或申诉：</w:t>
      </w:r>
    </w:p>
    <w:p>
      <w:r>
        <w:t>公示期：2025年9月24日-2025年9月26日。</w:t>
      </w:r>
    </w:p>
    <w:p>
      <w:r>
        <w:t>受诉工作人员：程心瑛</w:t>
      </w:r>
    </w:p>
    <w:p>
      <w:r>
        <w:t>受诉电话：027-87284288</w:t>
      </w:r>
    </w:p>
    <w:p>
      <w:r>
        <w:t>信息学院</w:t>
      </w:r>
    </w:p>
    <w:p>
      <w:r>
        <w:t>2025/09/24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