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信息学院2026年推荐免试硕士研究生通过复试名单公示（第三批）</w:t>
      </w:r>
    </w:p>
    <w:p>
      <w:r>
        <w:t>发布时间：2025年10月9日</w:t>
      </w:r>
    </w:p>
    <w:p>
      <w:r>
        <w:t>来源URL：https://coi.hzau.edu.cn/info/1611/53931.htm</w:t>
      </w:r>
    </w:p>
    <w:p>
      <w:r>
        <w:t>========================================</w:t>
      </w:r>
    </w:p>
    <w:p>
      <w:r>
        <w:t>信息学院2026年推荐免试硕士研究生通过复试名单公示（第三批）</w:t>
      </w:r>
    </w:p>
    <w:p>
      <w:r>
        <w:t>发布日期 2025-10-09</w:t>
      </w:r>
    </w:p>
    <w:p>
      <w:r>
        <w:t>浏览次数</w:t>
      </w:r>
    </w:p>
    <w:p>
      <w:r>
        <w:t>一、 信息学院2026年推荐免试硕士研究生成绩名单</w:t>
      </w:r>
    </w:p>
    <w:p>
      <w:r>
        <w:t>姓名</w:t>
      </w:r>
    </w:p>
    <w:p>
      <w:r>
        <w:t>报考专业(领域)代码</w:t>
      </w:r>
    </w:p>
    <w:p>
      <w:r>
        <w:t>报考专业（领域）</w:t>
      </w:r>
    </w:p>
    <w:p>
      <w:r>
        <w:t>总成绩 （百分制）</w:t>
      </w:r>
    </w:p>
    <w:p>
      <w:r>
        <w:t>曹楚悦</w:t>
      </w:r>
    </w:p>
    <w:p>
      <w:r>
        <w:t>0710Z1</w:t>
      </w:r>
    </w:p>
    <w:p>
      <w:r>
        <w:t>生物信息学（学硕）</w:t>
      </w:r>
    </w:p>
    <w:p>
      <w:r>
        <w:t>86.64</w:t>
      </w:r>
    </w:p>
    <w:p>
      <w:r>
        <w:t>二、考生若对以上公示有异议，可通过如下途径咨询或申诉：</w:t>
      </w:r>
    </w:p>
    <w:p>
      <w:r>
        <w:t>公示期：2025年10月9日-2025年10月11日。</w:t>
      </w:r>
    </w:p>
    <w:p>
      <w:r>
        <w:t>受诉工作人员：程心瑛</w:t>
      </w:r>
    </w:p>
    <w:p>
      <w:r>
        <w:t>受诉电话：027-87284288</w:t>
      </w:r>
    </w:p>
    <w:p>
      <w:r>
        <w:t>信息学院</w:t>
      </w:r>
    </w:p>
    <w:p>
      <w:r>
        <w:t>2025/10/9</w:t>
      </w:r>
    </w:p>
    <w:p>
      <w:r>
        <w:t>分享</w:t>
      </w:r>
    </w:p>
    <w:p>
      <w:r>
        <w:t>上一篇信息学院2025年本科生国家奖学金拟推荐名单公示</w:t>
      </w:r>
    </w:p>
    <w:p>
      <w:r>
        <w:t>下一篇信息学院2025年优秀教学文件评选结果公示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