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数学科学学院2026年（2022级）推荐优秀应届本科毕业生免试攻读研究生名单公示</w:t>
      </w:r>
    </w:p>
    <w:p>
      <w:r>
        <w:t>发布时间：2025年9月13日</w:t>
      </w:r>
    </w:p>
    <w:p>
      <w:r>
        <w:t>来源URL：https://math.cnu.edu.cn/bksjy2/bkjy/533b0de6da6645749b7d0078718ec0c3.htm</w:t>
      </w:r>
    </w:p>
    <w:p>
      <w:r>
        <w:t>========================================</w:t>
      </w:r>
    </w:p>
    <w:p>
      <w:r>
        <w:t>根据《关于做好 2026 年推荐优秀应届本科毕业生免试攻读研究生工作的通知》（教发【2025】53号）、《数学科学学院2026年推荐优秀应届本科毕业生免试攻读研究生工作办法》等文件政策要求，我院经过学生自愿报名、审核相关材料、专家鉴定特殊学术专长、计算综合评价成绩、学院推免生遴选工作小组评议审核等程序，确定出2026年拟推荐免试攻读研究生名单，具体名单见附件。</w:t>
      </w:r>
    </w:p>
    <w:p>
      <w:r>
        <w:t>公示日期为2025年9月13日-9月15日。公示期间，如对结果有异议，可在学院推免公示结束前向学院反映，电话：010-68902354，地点：教二421办公室，9月13日晚20：00前，9月14日-15日每天9：00-16：00。</w:t>
      </w:r>
    </w:p>
    <w:p>
      <w:r>
        <w:t>数学科学学院</w:t>
      </w:r>
    </w:p>
    <w:p>
      <w:r>
        <w:t>2025年9月13日</w:t>
      </w:r>
    </w:p>
    <w:p>
      <w:r>
        <w:t>附件：</w:t>
      </w:r>
    </w:p>
    <w:p>
      <w:r>
        <w:t>数学科学学院2026年（2022级）推荐免试攻读研究生名单公示-发布.pdf</w:t>
      </w:r>
    </w:p>
    <w:p>
      <w:r>
        <w:t>上一篇 ：第十七届全国大学生数学竞赛北京赛区初赛报名通知</w:t>
      </w:r>
    </w:p>
    <w:p>
      <w:r>
        <w:t>分享到：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