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商学院（管理学院）2026 年硕士研究生推免复试名单</w:t>
      </w:r>
    </w:p>
    <w:p>
      <w:r>
        <w:t>发布时间：未标注</w:t>
      </w:r>
    </w:p>
    <w:p>
      <w:r>
        <w:t>来源URL：https://sxy.nwupl.edu.cn/wcm.files/upload/CMSsxy/202509/20250917191812826.pdf</w:t>
      </w:r>
    </w:p>
    <w:p>
      <w:r>
        <w:t>========================================</w:t>
      </w:r>
    </w:p>
    <w:p>
      <w:r>
        <w:t>商学院（管理学院）2026 年硕士研究生推免复试名单</w:t>
      </w:r>
    </w:p>
    <w:p>
      <w:r>
        <w:t>序号</w:t>
      </w:r>
    </w:p>
    <w:p>
      <w:r>
        <w:t>姓名</w:t>
      </w:r>
    </w:p>
    <w:p>
      <w:r>
        <w:t>性别</w:t>
      </w:r>
    </w:p>
    <w:p>
      <w:r>
        <w:t>申请专业</w:t>
      </w:r>
    </w:p>
    <w:p>
      <w:r>
        <w:t>攻读方向</w:t>
      </w:r>
    </w:p>
    <w:p>
      <w:r>
        <w:t>1</w:t>
      </w:r>
    </w:p>
    <w:p>
      <w:r>
        <w:t>廖丹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2</w:t>
      </w:r>
    </w:p>
    <w:p>
      <w:r>
        <w:t>宋西希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3</w:t>
      </w:r>
    </w:p>
    <w:p>
      <w:r>
        <w:t>刘心怡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4</w:t>
      </w:r>
    </w:p>
    <w:p>
      <w:r>
        <w:t>李博文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5</w:t>
      </w:r>
    </w:p>
    <w:p>
      <w:r>
        <w:t>孙淼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6</w:t>
      </w:r>
    </w:p>
    <w:p>
      <w:r>
        <w:t>张芸芬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7</w:t>
      </w:r>
    </w:p>
    <w:p>
      <w:r>
        <w:t>张振阳</w:t>
      </w:r>
    </w:p>
    <w:p>
      <w:r>
        <w:t>男</w:t>
      </w:r>
    </w:p>
    <w:p>
      <w:r>
        <w:t>120401|行政管理</w:t>
      </w:r>
    </w:p>
    <w:p>
      <w:r>
        <w:t>学术型</w:t>
      </w:r>
    </w:p>
    <w:p>
      <w:r>
        <w:t>8</w:t>
      </w:r>
    </w:p>
    <w:p>
      <w:r>
        <w:t>高文龙</w:t>
      </w:r>
    </w:p>
    <w:p>
      <w:r>
        <w:t>男</w:t>
      </w:r>
    </w:p>
    <w:p>
      <w:r>
        <w:t>120401|行政管理</w:t>
      </w:r>
    </w:p>
    <w:p>
      <w:r>
        <w:t>学术型</w:t>
      </w:r>
    </w:p>
    <w:p>
      <w:r>
        <w:t>9</w:t>
      </w:r>
    </w:p>
    <w:p>
      <w:r>
        <w:t>周柯卉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10</w:t>
      </w:r>
    </w:p>
    <w:p>
      <w:r>
        <w:t>王雅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11</w:t>
      </w:r>
    </w:p>
    <w:p>
      <w:r>
        <w:t>董怡豌</w:t>
      </w:r>
    </w:p>
    <w:p>
      <w:r>
        <w:t>女</w:t>
      </w:r>
    </w:p>
    <w:p>
      <w:r>
        <w:t>120401|行政管理</w:t>
      </w:r>
    </w:p>
    <w:p>
      <w:r>
        <w:t>学术型</w:t>
      </w:r>
    </w:p>
    <w:p>
      <w:r>
        <w:t>12</w:t>
      </w:r>
    </w:p>
    <w:p>
      <w:r>
        <w:t>张文哲</w:t>
      </w:r>
    </w:p>
    <w:p>
      <w:r>
        <w:t>女</w:t>
      </w:r>
    </w:p>
    <w:p>
      <w:r>
        <w:t>120404|社会保障</w:t>
      </w:r>
    </w:p>
    <w:p>
      <w:r>
        <w:t>学术型</w:t>
      </w:r>
    </w:p>
    <w:p>
      <w:r>
        <w:t>13</w:t>
      </w:r>
    </w:p>
    <w:p>
      <w:r>
        <w:t>崔月</w:t>
      </w:r>
    </w:p>
    <w:p>
      <w:r>
        <w:t>女</w:t>
      </w:r>
    </w:p>
    <w:p>
      <w:r>
        <w:t>120404|社会保障</w:t>
      </w:r>
    </w:p>
    <w:p>
      <w:r>
        <w:t>学术型</w:t>
      </w:r>
    </w:p>
    <w:p>
      <w:r>
        <w:t>14</w:t>
      </w:r>
    </w:p>
    <w:p>
      <w:r>
        <w:t>王婧</w:t>
      </w:r>
    </w:p>
    <w:p>
      <w:r>
        <w:t>女</w:t>
      </w:r>
    </w:p>
    <w:p>
      <w:r>
        <w:t>120404|社会保障</w:t>
      </w:r>
    </w:p>
    <w:p>
      <w:r>
        <w:t>学术型</w:t>
      </w:r>
    </w:p>
    <w:p>
      <w:r>
        <w:t>15</w:t>
      </w:r>
    </w:p>
    <w:p>
      <w:r>
        <w:t>赵熙颖</w:t>
      </w:r>
    </w:p>
    <w:p>
      <w:r>
        <w:t>女</w:t>
      </w:r>
    </w:p>
    <w:p>
      <w:r>
        <w:t>120404|社会保障</w:t>
      </w:r>
    </w:p>
    <w:p>
      <w:r>
        <w:t>学术型</w:t>
      </w:r>
    </w:p>
    <w:p>
      <w:r>
        <w:t>16</w:t>
      </w:r>
    </w:p>
    <w:p>
      <w:r>
        <w:t>赵婉云</w:t>
      </w:r>
    </w:p>
    <w:p>
      <w:r>
        <w:t>女</w:t>
      </w:r>
    </w:p>
    <w:p>
      <w:r>
        <w:t>1204J2|数字治理</w:t>
      </w:r>
    </w:p>
    <w:p>
      <w:r>
        <w:t>学术型</w:t>
      </w:r>
    </w:p>
    <w:p>
      <w:r>
        <w:t>17</w:t>
      </w:r>
    </w:p>
    <w:p>
      <w:r>
        <w:t>白如霞</w:t>
      </w:r>
    </w:p>
    <w:p>
      <w:r>
        <w:t>女</w:t>
      </w:r>
    </w:p>
    <w:p>
      <w:r>
        <w:t>1204J2|数字治理</w:t>
      </w:r>
    </w:p>
    <w:p>
      <w:r>
        <w:t>学术型</w:t>
      </w:r>
    </w:p>
    <w:p>
      <w:r>
        <w:t>18</w:t>
      </w:r>
    </w:p>
    <w:p>
      <w:r>
        <w:t>刘京尚</w:t>
      </w:r>
    </w:p>
    <w:p>
      <w:r>
        <w:t>女</w:t>
      </w:r>
    </w:p>
    <w:p>
      <w:r>
        <w:t>1204J2|数字治理</w:t>
      </w:r>
    </w:p>
    <w:p>
      <w:r>
        <w:t>学术型</w:t>
      </w:r>
    </w:p>
    <w:p>
      <w:r>
        <w:t>19</w:t>
      </w:r>
    </w:p>
    <w:p>
      <w:r>
        <w:t>刘涵宇</w:t>
      </w:r>
    </w:p>
    <w:p>
      <w:r>
        <w:t>女</w:t>
      </w:r>
    </w:p>
    <w:p>
      <w:r>
        <w:t>1204Z1|应急管理</w:t>
      </w:r>
    </w:p>
    <w:p>
      <w:r>
        <w:t>学术型</w:t>
      </w:r>
    </w:p>
    <w:p>
      <w:r>
        <w:t>20</w:t>
      </w:r>
    </w:p>
    <w:p>
      <w:r>
        <w:t>杨晨露</w:t>
      </w:r>
    </w:p>
    <w:p>
      <w:r>
        <w:t>女</w:t>
      </w:r>
    </w:p>
    <w:p>
      <w:r>
        <w:t>1204Z1|应急管理</w:t>
      </w:r>
    </w:p>
    <w:p>
      <w:r>
        <w:t>学术型</w:t>
      </w:r>
    </w:p>
    <w:p>
      <w:r>
        <w:t>21</w:t>
      </w:r>
    </w:p>
    <w:p>
      <w:r>
        <w:t>于善婷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23</w:t>
      </w:r>
    </w:p>
    <w:p>
      <w:r>
        <w:t>杨婉婷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22</w:t>
      </w:r>
    </w:p>
    <w:p>
      <w:r>
        <w:t>辛佳瑶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24</w:t>
      </w:r>
    </w:p>
    <w:p>
      <w:r>
        <w:t>赵可莹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25</w:t>
      </w:r>
    </w:p>
    <w:p>
      <w:r>
        <w:t>林帅</w:t>
      </w:r>
    </w:p>
    <w:p>
      <w:r>
        <w:t>男</w:t>
      </w:r>
    </w:p>
    <w:p>
      <w:r>
        <w:t>1204Z2|审计学</w:t>
      </w:r>
    </w:p>
    <w:p>
      <w:r>
        <w:t>学术型</w:t>
      </w:r>
    </w:p>
    <w:p>
      <w:r>
        <w:t>26</w:t>
      </w:r>
    </w:p>
    <w:p>
      <w:r>
        <w:t>邵梦瑶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27</w:t>
      </w:r>
    </w:p>
    <w:p>
      <w:r>
        <w:t>李慧敏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28</w:t>
      </w:r>
    </w:p>
    <w:p>
      <w:r>
        <w:t>马茹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29</w:t>
      </w:r>
    </w:p>
    <w:p>
      <w:r>
        <w:t>杨瑞雨</w:t>
      </w:r>
    </w:p>
    <w:p>
      <w:r>
        <w:t>女</w:t>
      </w:r>
    </w:p>
    <w:p>
      <w:r>
        <w:t>1204Z2|审计学</w:t>
      </w:r>
    </w:p>
    <w:p>
      <w:r>
        <w:t>学术型</w:t>
      </w:r>
    </w:p>
    <w:p>
      <w:r>
        <w:t>30</w:t>
      </w:r>
    </w:p>
    <w:p>
      <w:r>
        <w:t>徐玉玲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31</w:t>
      </w:r>
    </w:p>
    <w:p>
      <w:r>
        <w:t>杨蕊赫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32</w:t>
      </w:r>
    </w:p>
    <w:p>
      <w:r>
        <w:t>郑梦凡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33</w:t>
      </w:r>
    </w:p>
    <w:p>
      <w:r>
        <w:t>袁晓颖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34</w:t>
      </w:r>
    </w:p>
    <w:p>
      <w:r>
        <w:t>安盈琪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35</w:t>
      </w:r>
    </w:p>
    <w:p>
      <w:r>
        <w:t>张倩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36</w:t>
      </w:r>
    </w:p>
    <w:p>
      <w:r>
        <w:t>司梦瑶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37</w:t>
      </w:r>
    </w:p>
    <w:p>
      <w:r>
        <w:t>张雨洁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38</w:t>
      </w:r>
    </w:p>
    <w:p>
      <w:r>
        <w:t>邓江蓉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39</w:t>
      </w:r>
    </w:p>
    <w:p>
      <w:r>
        <w:t>张萌萌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40</w:t>
      </w:r>
    </w:p>
    <w:p>
      <w:r>
        <w:t>徐阳阳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41</w:t>
      </w:r>
    </w:p>
    <w:p>
      <w:r>
        <w:t>雷婷</w:t>
      </w:r>
    </w:p>
    <w:p>
      <w:r>
        <w:t>女</w:t>
      </w:r>
    </w:p>
    <w:p>
      <w:r>
        <w:t>125700|审计</w:t>
      </w:r>
    </w:p>
    <w:p>
      <w:r>
        <w:t>专业型</w:t>
      </w:r>
    </w:p>
    <w:p>
      <w:r>
        <w:t>42</w:t>
      </w:r>
    </w:p>
    <w:p>
      <w:r>
        <w:t>席雨璐</w:t>
      </w:r>
    </w:p>
    <w:p>
      <w:r>
        <w:t>女</w:t>
      </w:r>
    </w:p>
    <w:p>
      <w:r>
        <w:t>125700|审计</w:t>
      </w:r>
    </w:p>
    <w:p>
      <w:r>
        <w:t>专业型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