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西藏大学理学院2026届毕业生推荐免试研究生拟推免生名单公示</w:t>
      </w:r>
    </w:p>
    <w:p>
      <w:r>
        <w:t>发布时间：2025年9月8日</w:t>
      </w:r>
    </w:p>
    <w:p>
      <w:r>
        <w:t>来源URL：https://lxy.utibet.edu.cn/info/1012/3187.htm</w:t>
      </w:r>
    </w:p>
    <w:p>
      <w:r>
        <w:t>========================================</w:t>
      </w:r>
    </w:p>
    <w:p>
      <w:r>
        <w:t>﻿</w:t>
      </w:r>
    </w:p>
    <w:p>
      <w:r>
        <w:t>藏大主页 |</w:t>
      </w:r>
    </w:p>
    <w:p>
      <w:r>
        <w:t>网上办事 |</w:t>
      </w:r>
    </w:p>
    <w:p>
      <w:r>
        <w:t>ENGLISH</w:t>
      </w:r>
    </w:p>
    <w:p>
      <w:r>
        <w:t>首页</w:t>
      </w:r>
    </w:p>
    <w:p>
      <w:r>
        <w:t>学院概况</w:t>
      </w:r>
    </w:p>
    <w:p>
      <w:r>
        <w:t>学院简介</w:t>
      </w:r>
    </w:p>
    <w:p>
      <w:r>
        <w:t>现任领导</w:t>
      </w:r>
    </w:p>
    <w:p>
      <w:r>
        <w:t>办公指南</w:t>
      </w:r>
    </w:p>
    <w:p>
      <w:r>
        <w:t>科室设置</w:t>
      </w:r>
    </w:p>
    <w:p>
      <w:r>
        <w:t>系所设置</w:t>
      </w:r>
    </w:p>
    <w:p>
      <w:r>
        <w:t>教授委员会</w:t>
      </w:r>
    </w:p>
    <w:p>
      <w:r>
        <w:t>学位评定委员会</w:t>
      </w:r>
    </w:p>
    <w:p>
      <w:r>
        <w:t>教学指导委员会</w:t>
      </w:r>
    </w:p>
    <w:p>
      <w:r>
        <w:t>师资队伍</w:t>
      </w:r>
    </w:p>
    <w:p>
      <w:r>
        <w:t>高层次人才</w:t>
      </w:r>
    </w:p>
    <w:p>
      <w:r>
        <w:t>教师名录</w:t>
      </w:r>
    </w:p>
    <w:p>
      <w:r>
        <w:t>研究生导师</w:t>
      </w:r>
    </w:p>
    <w:p>
      <w:r>
        <w:t>人才培养</w:t>
      </w:r>
    </w:p>
    <w:p>
      <w:r>
        <w:t>教学动态</w:t>
      </w:r>
    </w:p>
    <w:p>
      <w:r>
        <w:t>本科生培养</w:t>
      </w:r>
    </w:p>
    <w:p>
      <w:r>
        <w:t>研究生培养</w:t>
      </w:r>
    </w:p>
    <w:p>
      <w:r>
        <w:t>教学制度</w:t>
      </w:r>
    </w:p>
    <w:p>
      <w:r>
        <w:t>一流专业</w:t>
      </w:r>
    </w:p>
    <w:p>
      <w:r>
        <w:t>科学研究</w:t>
      </w:r>
    </w:p>
    <w:p>
      <w:r>
        <w:t>科研动态</w:t>
      </w:r>
    </w:p>
    <w:p>
      <w:r>
        <w:t>科研概况</w:t>
      </w:r>
    </w:p>
    <w:p>
      <w:r>
        <w:t>科研基地</w:t>
      </w:r>
    </w:p>
    <w:p>
      <w:r>
        <w:t>党建工作</w:t>
      </w:r>
    </w:p>
    <w:p>
      <w:r>
        <w:t>组织动态</w:t>
      </w:r>
    </w:p>
    <w:p>
      <w:r>
        <w:t>党建动态</w:t>
      </w:r>
    </w:p>
    <w:p>
      <w:r>
        <w:t>学习园地</w:t>
      </w:r>
    </w:p>
    <w:p>
      <w:r>
        <w:t>学生工作</w:t>
      </w:r>
    </w:p>
    <w:p>
      <w:r>
        <w:t>学院动态</w:t>
      </w:r>
    </w:p>
    <w:p>
      <w:r>
        <w:t>学生风采</w:t>
      </w:r>
    </w:p>
    <w:p>
      <w:r>
        <w:t>公示栏</w:t>
      </w:r>
    </w:p>
    <w:p>
      <w:r>
        <w:t>招生就业</w:t>
      </w:r>
    </w:p>
    <w:p>
      <w:r>
        <w:t>本科生招生</w:t>
      </w:r>
    </w:p>
    <w:p>
      <w:r>
        <w:t>研究生招生</w:t>
      </w:r>
    </w:p>
    <w:p>
      <w:r>
        <w:t>就业信息</w:t>
      </w:r>
    </w:p>
    <w:p>
      <w:r>
        <w:t>会议室预约</w:t>
      </w:r>
    </w:p>
    <w:p>
      <w:r>
        <w:t>相关下载</w:t>
      </w:r>
    </w:p>
    <w:p>
      <w:r>
        <w:t>ENGLISH</w:t>
      </w:r>
    </w:p>
    <w:p>
      <w:r>
        <w:t>首页</w:t>
      </w:r>
    </w:p>
    <w:p>
      <w:r>
        <w:t>学院概况</w:t>
      </w:r>
    </w:p>
    <w:p>
      <w:r>
        <w:t>学院简介</w:t>
      </w:r>
    </w:p>
    <w:p>
      <w:r>
        <w:t>现任领导</w:t>
      </w:r>
    </w:p>
    <w:p>
      <w:r>
        <w:t>办公指南</w:t>
      </w:r>
    </w:p>
    <w:p>
      <w:r>
        <w:t>科室设置</w:t>
      </w:r>
    </w:p>
    <w:p>
      <w:r>
        <w:t>系所设置</w:t>
      </w:r>
    </w:p>
    <w:p>
      <w:r>
        <w:t>教授委员会</w:t>
      </w:r>
    </w:p>
    <w:p>
      <w:r>
        <w:t>学位评定委员会</w:t>
      </w:r>
    </w:p>
    <w:p>
      <w:r>
        <w:t>教学指导委员会</w:t>
      </w:r>
    </w:p>
    <w:p>
      <w:r>
        <w:t>师资队伍</w:t>
      </w:r>
    </w:p>
    <w:p>
      <w:r>
        <w:t>高层次人才</w:t>
      </w:r>
    </w:p>
    <w:p>
      <w:r>
        <w:t>教师名录</w:t>
      </w:r>
    </w:p>
    <w:p>
      <w:r>
        <w:t>研究生导师</w:t>
      </w:r>
    </w:p>
    <w:p>
      <w:r>
        <w:t>人才培养</w:t>
      </w:r>
    </w:p>
    <w:p>
      <w:r>
        <w:t>教学动态</w:t>
      </w:r>
    </w:p>
    <w:p>
      <w:r>
        <w:t>本科生培养</w:t>
      </w:r>
    </w:p>
    <w:p>
      <w:r>
        <w:t>研究生培养</w:t>
      </w:r>
    </w:p>
    <w:p>
      <w:r>
        <w:t>教学制度</w:t>
      </w:r>
    </w:p>
    <w:p>
      <w:r>
        <w:t>一流专业</w:t>
      </w:r>
    </w:p>
    <w:p>
      <w:r>
        <w:t>科学研究</w:t>
      </w:r>
    </w:p>
    <w:p>
      <w:r>
        <w:t>科研动态</w:t>
      </w:r>
    </w:p>
    <w:p>
      <w:r>
        <w:t>科研概况</w:t>
      </w:r>
    </w:p>
    <w:p>
      <w:r>
        <w:t>科研基地</w:t>
      </w:r>
    </w:p>
    <w:p>
      <w:r>
        <w:t>党建工作</w:t>
      </w:r>
    </w:p>
    <w:p>
      <w:r>
        <w:t>组织动态</w:t>
      </w:r>
    </w:p>
    <w:p>
      <w:r>
        <w:t>党建动态</w:t>
      </w:r>
    </w:p>
    <w:p>
      <w:r>
        <w:t>学习园地</w:t>
      </w:r>
    </w:p>
    <w:p>
      <w:r>
        <w:t>学生工作</w:t>
      </w:r>
    </w:p>
    <w:p>
      <w:r>
        <w:t>学院动态</w:t>
      </w:r>
    </w:p>
    <w:p>
      <w:r>
        <w:t>学生风采</w:t>
      </w:r>
    </w:p>
    <w:p>
      <w:r>
        <w:t>公示栏</w:t>
      </w:r>
    </w:p>
    <w:p>
      <w:r>
        <w:t>招生就业</w:t>
      </w:r>
    </w:p>
    <w:p>
      <w:r>
        <w:t>本科生招生</w:t>
      </w:r>
    </w:p>
    <w:p>
      <w:r>
        <w:t>研究生招生</w:t>
      </w:r>
    </w:p>
    <w:p>
      <w:r>
        <w:t>就业信息</w:t>
      </w:r>
    </w:p>
    <w:p>
      <w:r>
        <w:t>会议室预约</w:t>
      </w:r>
    </w:p>
    <w:p>
      <w:r>
        <w:t>相关下载</w:t>
      </w:r>
    </w:p>
    <w:p>
      <w:r>
        <w:t>通知公告</w:t>
      </w:r>
    </w:p>
    <w:p>
      <w:r>
        <w:t>首页</w:t>
      </w:r>
    </w:p>
    <w:p>
      <w:r>
        <w:t>通知公告</w:t>
      </w:r>
    </w:p>
    <w:p>
      <w:r>
        <w:t>正文</w:t>
      </w:r>
    </w:p>
    <w:p>
      <w:r>
        <w:t>西藏大学理学院2026届毕业生推荐免试研究生拟推免生名单公示</w:t>
      </w:r>
    </w:p>
    <w:p>
      <w:r>
        <w:t>发布时间：2025年09月08日 16:28</w:t>
      </w:r>
    </w:p>
    <w:p>
      <w:r>
        <w:t>编辑：理学院</w:t>
      </w:r>
    </w:p>
    <w:p>
      <w:r>
        <w:t>点击量： 次</w:t>
      </w:r>
    </w:p>
    <w:p>
      <w:r>
        <w:t>上一条：关于对学生曾天昱申请转专业的公示</w:t>
      </w:r>
    </w:p>
    <w:p>
      <w:r>
        <w:t>下一条：西藏大学理学院2026届毕业生推荐免试研究生论文答辩公示</w:t>
      </w:r>
    </w:p>
    <w:p>
      <w:r>
        <w:t>书记信箱：lxysj@utibet.edu.cn</w:t>
      </w:r>
    </w:p>
    <w:p>
      <w:r>
        <w:t>院长信箱：lxyyz@utibet.edu.cn</w:t>
      </w:r>
    </w:p>
    <w:p>
      <w:r>
        <w:t>地址：拉萨市城关区藏大东路10号 邮编：850000</w:t>
      </w:r>
    </w:p>
    <w:p>
      <w:r>
        <w:t>版权所有 © 西藏大学理学院</w:t>
      </w:r>
    </w:p>
    <w:p>
      <w:r>
        <w:t>藏ICP备05000064号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