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西藏大学艺术学院拟推荐2026年应届本科毕业生免试攻读硕士学位研究生名单公示</w:t>
      </w:r>
    </w:p>
    <w:p>
      <w:r>
        <w:t>发布时间：2025年9月8日</w:t>
      </w:r>
    </w:p>
    <w:p>
      <w:r>
        <w:t>来源URL：https://ysxy.utibet.edu.cn/info/1045/1904.htm</w:t>
      </w:r>
    </w:p>
    <w:p>
      <w:r>
        <w:t>========================================</w:t>
      </w:r>
    </w:p>
    <w:p>
      <w:r>
        <w:t>﻿</w:t>
      </w:r>
    </w:p>
    <w:p>
      <w:r>
        <w:t>首页</w:t>
      </w:r>
    </w:p>
    <w:p>
      <w:r>
        <w:t>学院概况</w:t>
      </w:r>
    </w:p>
    <w:p>
      <w:r>
        <w:t>学院简介</w:t>
      </w:r>
    </w:p>
    <w:p>
      <w:r>
        <w:t>学院领导</w:t>
      </w:r>
    </w:p>
    <w:p>
      <w:r>
        <w:t>机构设置</w:t>
      </w:r>
    </w:p>
    <w:p>
      <w:r>
        <w:t>系部</w:t>
      </w:r>
    </w:p>
    <w:p>
      <w:r>
        <w:t>音乐系</w:t>
      </w:r>
    </w:p>
    <w:p>
      <w:r>
        <w:t>舞蹈系</w:t>
      </w:r>
    </w:p>
    <w:p>
      <w:r>
        <w:t>美术系</w:t>
      </w:r>
    </w:p>
    <w:p>
      <w:r>
        <w:t>设计系</w:t>
      </w:r>
    </w:p>
    <w:p>
      <w:r>
        <w:t>附属艺术学校（中专部）</w:t>
      </w:r>
    </w:p>
    <w:p>
      <w:r>
        <w:t>科室</w:t>
      </w:r>
    </w:p>
    <w:p>
      <w:r>
        <w:t>综合办</w:t>
      </w:r>
    </w:p>
    <w:p>
      <w:r>
        <w:t>教务科</w:t>
      </w:r>
    </w:p>
    <w:p>
      <w:r>
        <w:t>研究生科</w:t>
      </w:r>
    </w:p>
    <w:p>
      <w:r>
        <w:t>学生科</w:t>
      </w:r>
    </w:p>
    <w:p>
      <w:r>
        <w:t>师资队伍</w:t>
      </w:r>
    </w:p>
    <w:p>
      <w:r>
        <w:t>教授</w:t>
      </w:r>
    </w:p>
    <w:p>
      <w:r>
        <w:t>副教授</w:t>
      </w:r>
    </w:p>
    <w:p>
      <w:r>
        <w:t>讲师</w:t>
      </w:r>
    </w:p>
    <w:p>
      <w:r>
        <w:t>助教</w:t>
      </w:r>
    </w:p>
    <w:p>
      <w:r>
        <w:t>党建工作</w:t>
      </w:r>
    </w:p>
    <w:p>
      <w:r>
        <w:t>党委组成人员</w:t>
      </w:r>
    </w:p>
    <w:p>
      <w:r>
        <w:t>组织建设</w:t>
      </w:r>
    </w:p>
    <w:p>
      <w:r>
        <w:t>队伍建设</w:t>
      </w:r>
    </w:p>
    <w:p>
      <w:r>
        <w:t>政治建设</w:t>
      </w:r>
    </w:p>
    <w:p>
      <w:r>
        <w:t>作风建设</w:t>
      </w:r>
    </w:p>
    <w:p>
      <w:r>
        <w:t>从严治党</w:t>
      </w:r>
    </w:p>
    <w:p>
      <w:r>
        <w:t>学生工作</w:t>
      </w:r>
    </w:p>
    <w:p>
      <w:r>
        <w:t>学生管理人员</w:t>
      </w:r>
    </w:p>
    <w:p>
      <w:r>
        <w:t>辅导员</w:t>
      </w:r>
    </w:p>
    <w:p>
      <w:r>
        <w:t>班主任</w:t>
      </w:r>
    </w:p>
    <w:p>
      <w:r>
        <w:t>奖贷助补</w:t>
      </w:r>
    </w:p>
    <w:p>
      <w:r>
        <w:t>学生社团</w:t>
      </w:r>
    </w:p>
    <w:p>
      <w:r>
        <w:t>团学工作</w:t>
      </w:r>
    </w:p>
    <w:p>
      <w:r>
        <w:t>就业创业</w:t>
      </w:r>
    </w:p>
    <w:p>
      <w:r>
        <w:t>学院动态</w:t>
      </w:r>
    </w:p>
    <w:p>
      <w:r>
        <w:t>学院新闻</w:t>
      </w:r>
    </w:p>
    <w:p>
      <w:r>
        <w:t>通知公告</w:t>
      </w:r>
    </w:p>
    <w:p>
      <w:r>
        <w:t>招聘公告</w:t>
      </w:r>
    </w:p>
    <w:p>
      <w:r>
        <w:t>相关下载</w:t>
      </w:r>
    </w:p>
    <w:p>
      <w:r>
        <w:t>文件下载</w:t>
      </w:r>
    </w:p>
    <w:p>
      <w:r>
        <w:t>招聘公告</w:t>
      </w:r>
    </w:p>
    <w:p>
      <w:r>
        <w:t>招聘公告</w:t>
      </w:r>
    </w:p>
    <w:p>
      <w:r>
        <w:t>文章检索</w:t>
      </w:r>
    </w:p>
    <w:p>
      <w:r>
        <w:t>当前位置:</w:t>
      </w:r>
    </w:p>
    <w:p>
      <w:r>
        <w:t>首页</w:t>
      </w:r>
    </w:p>
    <w:p>
      <w:r>
        <w:t>&gt;&gt;</w:t>
      </w:r>
    </w:p>
    <w:p>
      <w:r>
        <w:t>学院动态</w:t>
      </w:r>
    </w:p>
    <w:p>
      <w:r>
        <w:t>&gt;&gt;</w:t>
      </w:r>
    </w:p>
    <w:p>
      <w:r>
        <w:t>通知公告</w:t>
      </w:r>
    </w:p>
    <w:p>
      <w:r>
        <w:t>&gt;&gt;</w:t>
      </w:r>
    </w:p>
    <w:p>
      <w:r>
        <w:t>正文</w:t>
      </w:r>
    </w:p>
    <w:p>
      <w:r>
        <w:t>西藏大学艺术学院拟推荐2026年应届本科毕业生免试攻读硕士学位研究生名单公示</w:t>
      </w:r>
    </w:p>
    <w:p>
      <w:r>
        <w:t>时间：2025-09-08</w:t>
      </w:r>
    </w:p>
    <w:p>
      <w:r>
        <w:t>作者：</w:t>
      </w:r>
    </w:p>
    <w:p>
      <w:r>
        <w:t>编辑：艺术学院</w:t>
      </w:r>
    </w:p>
    <w:p>
      <w:r>
        <w:t>点击量：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