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关于公示2026级硕士推免生拟录取名单的通知</w:t>
      </w:r>
    </w:p>
    <w:p>
      <w:r>
        <w:t>发布时间：2025年10月14日</w:t>
      </w:r>
    </w:p>
    <w:p>
      <w:r>
        <w:t>来源URL：https://www2.scut.edu.cn/cese/2025/1014/c27875a605133/page.htm</w:t>
      </w:r>
    </w:p>
    <w:p>
      <w:r>
        <w:t>========================================</w:t>
      </w:r>
    </w:p>
    <w:p>
      <w:r>
        <w:t>关于公示2026级硕士推免生拟录取名单的通知</w:t>
      </w:r>
    </w:p>
    <w:p>
      <w:r>
        <w:t>发布时间：2025-10-14</w:t>
      </w:r>
    </w:p>
    <w:p>
      <w:r>
        <w:t>浏览次数：14</w:t>
      </w:r>
    </w:p>
    <w:p>
      <w:r>
        <w:t>各位考生：</w:t>
      </w:r>
    </w:p>
    <w:p>
      <w:r>
        <w:t>经学院招生工作领导小组审议通过，现将我院2026级硕士研究生推免生拟录取名单予以公示。公示期为10月14日至10月16日，公示期间如有异议，请书面向学院反映。</w:t>
      </w:r>
    </w:p>
    <w:p>
      <w:r>
        <w:t>报名号</w:t>
      </w:r>
    </w:p>
    <w:p>
      <w:r>
        <w:t>姓名</w:t>
      </w:r>
    </w:p>
    <w:p>
      <w:r>
        <w:t>专项计划</w:t>
      </w:r>
    </w:p>
    <w:p>
      <w:r>
        <w:t>复试成绩</w:t>
      </w:r>
    </w:p>
    <w:p>
      <w:r>
        <w:t>录取专业</w:t>
      </w:r>
    </w:p>
    <w:p>
      <w:r>
        <w:t>录取类型</w:t>
      </w:r>
    </w:p>
    <w:p>
      <w:r>
        <w:t>录取学习方式</w:t>
      </w:r>
    </w:p>
    <w:p>
      <w:r>
        <w:t>202600631</w:t>
      </w:r>
    </w:p>
    <w:p>
      <w:r>
        <w:t>李同丹</w:t>
      </w:r>
    </w:p>
    <w:p>
      <w:r>
        <w:t>无</w:t>
      </w:r>
    </w:p>
    <w:p>
      <w:r>
        <w:t>88.2</w:t>
      </w:r>
    </w:p>
    <w:p>
      <w:r>
        <w:t>环境科学与工程</w:t>
      </w:r>
    </w:p>
    <w:p>
      <w:r>
        <w:t>硕士</w:t>
      </w:r>
    </w:p>
    <w:p>
      <w:r>
        <w:t>全日制</w:t>
      </w:r>
    </w:p>
    <w:p>
      <w:r>
        <w:t>202600697</w:t>
      </w:r>
    </w:p>
    <w:p>
      <w:r>
        <w:t>丘传康</w:t>
      </w:r>
    </w:p>
    <w:p>
      <w:r>
        <w:t>无</w:t>
      </w:r>
    </w:p>
    <w:p>
      <w:r>
        <w:t>84.22</w:t>
      </w:r>
    </w:p>
    <w:p>
      <w:r>
        <w:t>资源与环境</w:t>
      </w:r>
    </w:p>
    <w:p>
      <w:r>
        <w:t>硕士</w:t>
      </w:r>
    </w:p>
    <w:p>
      <w:r>
        <w:t>全日制</w:t>
      </w:r>
    </w:p>
    <w:p>
      <w:r>
        <w:t>202600881</w:t>
      </w:r>
    </w:p>
    <w:p>
      <w:r>
        <w:t>钟可</w:t>
      </w:r>
    </w:p>
    <w:p>
      <w:r>
        <w:t>无</w:t>
      </w:r>
    </w:p>
    <w:p>
      <w:r>
        <w:t>90.06</w:t>
      </w:r>
    </w:p>
    <w:p>
      <w:r>
        <w:t>环境科学与工程</w:t>
      </w:r>
    </w:p>
    <w:p>
      <w:r>
        <w:t>硕士</w:t>
      </w:r>
    </w:p>
    <w:p>
      <w:r>
        <w:t>全日制</w:t>
      </w:r>
    </w:p>
    <w:p>
      <w:r>
        <w:t>202600973</w:t>
      </w:r>
    </w:p>
    <w:p>
      <w:r>
        <w:t>张叶叶</w:t>
      </w:r>
    </w:p>
    <w:p>
      <w:r>
        <w:t>无</w:t>
      </w:r>
    </w:p>
    <w:p>
      <w:r>
        <w:t>86.38</w:t>
      </w:r>
    </w:p>
    <w:p>
      <w:r>
        <w:t>环境科学与工程</w:t>
      </w:r>
    </w:p>
    <w:p>
      <w:r>
        <w:t>硕士</w:t>
      </w:r>
    </w:p>
    <w:p>
      <w:r>
        <w:t>全日制</w:t>
      </w:r>
    </w:p>
    <w:p>
      <w:r>
        <w:t>202600986</w:t>
      </w:r>
    </w:p>
    <w:p>
      <w:r>
        <w:t>陈明珠</w:t>
      </w:r>
    </w:p>
    <w:p>
      <w:r>
        <w:t>无</w:t>
      </w:r>
    </w:p>
    <w:p>
      <w:r>
        <w:t>93.1</w:t>
      </w:r>
    </w:p>
    <w:p>
      <w:r>
        <w:t>环境科学与工程</w:t>
      </w:r>
    </w:p>
    <w:p>
      <w:r>
        <w:t>硕士</w:t>
      </w:r>
    </w:p>
    <w:p>
      <w:r>
        <w:t>全日制</w:t>
      </w:r>
    </w:p>
    <w:p>
      <w:r>
        <w:t>202601181</w:t>
      </w:r>
    </w:p>
    <w:p>
      <w:r>
        <w:t>刘雨晴</w:t>
      </w:r>
    </w:p>
    <w:p>
      <w:r>
        <w:t>基地计划</w:t>
      </w:r>
    </w:p>
    <w:p>
      <w:r>
        <w:t>80.46</w:t>
      </w:r>
    </w:p>
    <w:p>
      <w:r>
        <w:t>资源与环境</w:t>
      </w:r>
    </w:p>
    <w:p>
      <w:r>
        <w:t>硕士</w:t>
      </w:r>
    </w:p>
    <w:p>
      <w:r>
        <w:t>全日制</w:t>
      </w:r>
    </w:p>
    <w:p>
      <w:r>
        <w:t>202601958</w:t>
      </w:r>
    </w:p>
    <w:p>
      <w:r>
        <w:t>付晋源</w:t>
      </w:r>
    </w:p>
    <w:p>
      <w:r>
        <w:t>无</w:t>
      </w:r>
    </w:p>
    <w:p>
      <w:r>
        <w:t>88.42</w:t>
      </w:r>
    </w:p>
    <w:p>
      <w:r>
        <w:t>环境科学与工程</w:t>
      </w:r>
    </w:p>
    <w:p>
      <w:r>
        <w:t>硕士</w:t>
      </w:r>
    </w:p>
    <w:p>
      <w:r>
        <w:t>全日制</w:t>
      </w:r>
    </w:p>
    <w:p>
      <w:r>
        <w:t>202601965</w:t>
      </w:r>
    </w:p>
    <w:p>
      <w:r>
        <w:t>石鑫恒</w:t>
      </w:r>
    </w:p>
    <w:p>
      <w:r>
        <w:t>基地计划</w:t>
      </w:r>
    </w:p>
    <w:p>
      <w:r>
        <w:t>82.72</w:t>
      </w:r>
    </w:p>
    <w:p>
      <w:r>
        <w:t>资源与环境</w:t>
      </w:r>
    </w:p>
    <w:p>
      <w:r>
        <w:t>硕士</w:t>
      </w:r>
    </w:p>
    <w:p>
      <w:r>
        <w:t>全日制</w:t>
      </w:r>
    </w:p>
    <w:p>
      <w:r>
        <w:t>202602005</w:t>
      </w:r>
    </w:p>
    <w:p>
      <w:r>
        <w:t>杨海霞</w:t>
      </w:r>
    </w:p>
    <w:p>
      <w:r>
        <w:t>无</w:t>
      </w:r>
    </w:p>
    <w:p>
      <w:r>
        <w:t>88.54</w:t>
      </w:r>
    </w:p>
    <w:p>
      <w:r>
        <w:t>环境科学与工程</w:t>
      </w:r>
    </w:p>
    <w:p>
      <w:r>
        <w:t>硕士</w:t>
      </w:r>
    </w:p>
    <w:p>
      <w:r>
        <w:t>全日制</w:t>
      </w:r>
    </w:p>
    <w:p>
      <w:r>
        <w:t>202602017</w:t>
      </w:r>
    </w:p>
    <w:p>
      <w:r>
        <w:t>叶湘渝</w:t>
      </w:r>
    </w:p>
    <w:p>
      <w:r>
        <w:t>无</w:t>
      </w:r>
    </w:p>
    <w:p>
      <w:r>
        <w:t>89.82</w:t>
      </w:r>
    </w:p>
    <w:p>
      <w:r>
        <w:t>资源与环境</w:t>
      </w:r>
    </w:p>
    <w:p>
      <w:r>
        <w:t>硕士</w:t>
      </w:r>
    </w:p>
    <w:p>
      <w:r>
        <w:t>全日制</w:t>
      </w:r>
    </w:p>
    <w:p>
      <w:r>
        <w:t>202602514</w:t>
      </w:r>
    </w:p>
    <w:p>
      <w:r>
        <w:t>郑淑霞</w:t>
      </w:r>
    </w:p>
    <w:p>
      <w:r>
        <w:t>无</w:t>
      </w:r>
    </w:p>
    <w:p>
      <w:r>
        <w:t>91.8</w:t>
      </w:r>
    </w:p>
    <w:p>
      <w:r>
        <w:t>环境科学与工程</w:t>
      </w:r>
    </w:p>
    <w:p>
      <w:r>
        <w:t>硕士</w:t>
      </w:r>
    </w:p>
    <w:p>
      <w:r>
        <w:t>全日制</w:t>
      </w:r>
    </w:p>
    <w:p>
      <w:r>
        <w:t>202602777</w:t>
      </w:r>
    </w:p>
    <w:p>
      <w:r>
        <w:t>沈璟昊</w:t>
      </w:r>
    </w:p>
    <w:p>
      <w:r>
        <w:t>无</w:t>
      </w:r>
    </w:p>
    <w:p>
      <w:r>
        <w:t>85.2</w:t>
      </w:r>
    </w:p>
    <w:p>
      <w:r>
        <w:t>资源与环境</w:t>
      </w:r>
    </w:p>
    <w:p>
      <w:r>
        <w:t>硕士</w:t>
      </w:r>
    </w:p>
    <w:p>
      <w:r>
        <w:t>全日制</w:t>
      </w:r>
    </w:p>
    <w:p>
      <w:r>
        <w:t>202603199</w:t>
      </w:r>
    </w:p>
    <w:p>
      <w:r>
        <w:t>孙成</w:t>
      </w:r>
    </w:p>
    <w:p>
      <w:r>
        <w:t>无</w:t>
      </w:r>
    </w:p>
    <w:p>
      <w:r>
        <w:t>89.98</w:t>
      </w:r>
    </w:p>
    <w:p>
      <w:r>
        <w:t>环境科学与工程</w:t>
      </w:r>
    </w:p>
    <w:p>
      <w:r>
        <w:t>硕士</w:t>
      </w:r>
    </w:p>
    <w:p>
      <w:r>
        <w:t>全日制</w:t>
      </w:r>
    </w:p>
    <w:p>
      <w:r>
        <w:t>202603238</w:t>
      </w:r>
    </w:p>
    <w:p>
      <w:r>
        <w:t>王丽亮</w:t>
      </w:r>
    </w:p>
    <w:p>
      <w:r>
        <w:t>无</w:t>
      </w:r>
    </w:p>
    <w:p>
      <w:r>
        <w:t>85.88</w:t>
      </w:r>
    </w:p>
    <w:p>
      <w:r>
        <w:t>环境科学与工程</w:t>
      </w:r>
    </w:p>
    <w:p>
      <w:r>
        <w:t>硕士</w:t>
      </w:r>
    </w:p>
    <w:p>
      <w:r>
        <w:t>全日制</w:t>
      </w:r>
    </w:p>
    <w:p>
      <w:r>
        <w:t>202603348</w:t>
      </w:r>
    </w:p>
    <w:p>
      <w:r>
        <w:t>喻思萌</w:t>
      </w:r>
    </w:p>
    <w:p>
      <w:r>
        <w:t>无</w:t>
      </w:r>
    </w:p>
    <w:p>
      <w:r>
        <w:t>89.3</w:t>
      </w:r>
    </w:p>
    <w:p>
      <w:r>
        <w:t>环境科学与工程</w:t>
      </w:r>
    </w:p>
    <w:p>
      <w:r>
        <w:t>硕士</w:t>
      </w:r>
    </w:p>
    <w:p>
      <w:r>
        <w:t>全日制</w:t>
      </w:r>
    </w:p>
    <w:p>
      <w:r>
        <w:t>202603514</w:t>
      </w:r>
    </w:p>
    <w:p>
      <w:r>
        <w:t>段雅婷</w:t>
      </w:r>
    </w:p>
    <w:p>
      <w:r>
        <w:t>基地计划</w:t>
      </w:r>
    </w:p>
    <w:p>
      <w:r>
        <w:t>92.78</w:t>
      </w:r>
    </w:p>
    <w:p>
      <w:r>
        <w:t>资源与环境</w:t>
      </w:r>
    </w:p>
    <w:p>
      <w:r>
        <w:t>硕士</w:t>
      </w:r>
    </w:p>
    <w:p>
      <w:r>
        <w:t>全日制</w:t>
      </w:r>
    </w:p>
    <w:p>
      <w:r>
        <w:t>202603648</w:t>
      </w:r>
    </w:p>
    <w:p>
      <w:r>
        <w:t>袁婷</w:t>
      </w:r>
    </w:p>
    <w:p>
      <w:r>
        <w:t>无</w:t>
      </w:r>
    </w:p>
    <w:p>
      <w:r>
        <w:t>90.76</w:t>
      </w:r>
    </w:p>
    <w:p>
      <w:r>
        <w:t>环境科学与工程</w:t>
      </w:r>
    </w:p>
    <w:p>
      <w:r>
        <w:t>硕士</w:t>
      </w:r>
    </w:p>
    <w:p>
      <w:r>
        <w:t>全日制</w:t>
      </w:r>
    </w:p>
    <w:p>
      <w:r>
        <w:t>202603953</w:t>
      </w:r>
    </w:p>
    <w:p>
      <w:r>
        <w:t>赫欣羽</w:t>
      </w:r>
    </w:p>
    <w:p>
      <w:r>
        <w:t>无</w:t>
      </w:r>
    </w:p>
    <w:p>
      <w:r>
        <w:t>90.9</w:t>
      </w:r>
    </w:p>
    <w:p>
      <w:r>
        <w:t>环境科学与工程</w:t>
      </w:r>
    </w:p>
    <w:p>
      <w:r>
        <w:t>硕士</w:t>
      </w:r>
    </w:p>
    <w:p>
      <w:r>
        <w:t>全日制</w:t>
      </w:r>
    </w:p>
    <w:p>
      <w:r>
        <w:t>202605276</w:t>
      </w:r>
    </w:p>
    <w:p>
      <w:r>
        <w:t>陈静</w:t>
      </w:r>
    </w:p>
    <w:p>
      <w:r>
        <w:t>无</w:t>
      </w:r>
    </w:p>
    <w:p>
      <w:r>
        <w:t>80.8</w:t>
      </w:r>
    </w:p>
    <w:p>
      <w:r>
        <w:t>资源与环境</w:t>
      </w:r>
    </w:p>
    <w:p>
      <w:r>
        <w:t>硕士</w:t>
      </w:r>
    </w:p>
    <w:p>
      <w:r>
        <w:t>全日制</w:t>
      </w:r>
    </w:p>
    <w:p>
      <w:r>
        <w:t>202605329</w:t>
      </w:r>
    </w:p>
    <w:p>
      <w:r>
        <w:t>范贤芳</w:t>
      </w:r>
    </w:p>
    <w:p>
      <w:r>
        <w:t>无</w:t>
      </w:r>
    </w:p>
    <w:p>
      <w:r>
        <w:t>84.9</w:t>
      </w:r>
    </w:p>
    <w:p>
      <w:r>
        <w:t>资源与环境</w:t>
      </w:r>
    </w:p>
    <w:p>
      <w:r>
        <w:t>硕士</w:t>
      </w:r>
    </w:p>
    <w:p>
      <w:r>
        <w:t>全日制</w:t>
      </w:r>
    </w:p>
    <w:p>
      <w:r>
        <w:t>202605832</w:t>
      </w:r>
    </w:p>
    <w:p>
      <w:r>
        <w:t>路世静</w:t>
      </w:r>
    </w:p>
    <w:p>
      <w:r>
        <w:t>无</w:t>
      </w:r>
    </w:p>
    <w:p>
      <w:r>
        <w:t>77.82</w:t>
      </w:r>
    </w:p>
    <w:p>
      <w:r>
        <w:t>资源与环境</w:t>
      </w:r>
    </w:p>
    <w:p>
      <w:r>
        <w:t>硕士</w:t>
      </w:r>
    </w:p>
    <w:p>
      <w:r>
        <w:t>全日制</w:t>
      </w:r>
    </w:p>
    <w:p>
      <w:r>
        <w:t>202606049</w:t>
      </w:r>
    </w:p>
    <w:p>
      <w:r>
        <w:t>程茜婷</w:t>
      </w:r>
    </w:p>
    <w:p>
      <w:r>
        <w:t>无</w:t>
      </w:r>
    </w:p>
    <w:p>
      <w:r>
        <w:t>90.94</w:t>
      </w:r>
    </w:p>
    <w:p>
      <w:r>
        <w:t>环境科学与工程</w:t>
      </w:r>
    </w:p>
    <w:p>
      <w:r>
        <w:t>硕士</w:t>
      </w:r>
    </w:p>
    <w:p>
      <w:r>
        <w:t>全日制</w:t>
      </w:r>
    </w:p>
    <w:p>
      <w:r>
        <w:t>202606087</w:t>
      </w:r>
    </w:p>
    <w:p>
      <w:r>
        <w:t>王凯</w:t>
      </w:r>
    </w:p>
    <w:p>
      <w:r>
        <w:t>基地计划</w:t>
      </w:r>
    </w:p>
    <w:p>
      <w:r>
        <w:t>88.86</w:t>
      </w:r>
    </w:p>
    <w:p>
      <w:r>
        <w:t>资源与环境</w:t>
      </w:r>
    </w:p>
    <w:p>
      <w:r>
        <w:t>硕士</w:t>
      </w:r>
    </w:p>
    <w:p>
      <w:r>
        <w:t>全日制</w:t>
      </w:r>
    </w:p>
    <w:p>
      <w:r>
        <w:t>202606743</w:t>
      </w:r>
    </w:p>
    <w:p>
      <w:r>
        <w:t>李亮</w:t>
      </w:r>
    </w:p>
    <w:p>
      <w:r>
        <w:t>无</w:t>
      </w:r>
    </w:p>
    <w:p>
      <w:r>
        <w:t>81.8</w:t>
      </w:r>
    </w:p>
    <w:p>
      <w:r>
        <w:t>环境科学与工程</w:t>
      </w:r>
    </w:p>
    <w:p>
      <w:r>
        <w:t>硕士</w:t>
      </w:r>
    </w:p>
    <w:p>
      <w:r>
        <w:t>全日制</w:t>
      </w:r>
    </w:p>
    <w:p>
      <w:r>
        <w:t>202607569</w:t>
      </w:r>
    </w:p>
    <w:p>
      <w:r>
        <w:t>陈谋</w:t>
      </w:r>
    </w:p>
    <w:p>
      <w:r>
        <w:t>基地计划</w:t>
      </w:r>
    </w:p>
    <w:p>
      <w:r>
        <w:t>79.54</w:t>
      </w:r>
    </w:p>
    <w:p>
      <w:r>
        <w:t>资源与环境</w:t>
      </w:r>
    </w:p>
    <w:p>
      <w:r>
        <w:t>硕士</w:t>
      </w:r>
    </w:p>
    <w:p>
      <w:r>
        <w:t>全日制</w:t>
      </w:r>
    </w:p>
    <w:p>
      <w:r>
        <w:t>202607688</w:t>
      </w:r>
    </w:p>
    <w:p>
      <w:r>
        <w:t>欧峻铭</w:t>
      </w:r>
    </w:p>
    <w:p>
      <w:r>
        <w:t>无</w:t>
      </w:r>
    </w:p>
    <w:p>
      <w:r>
        <w:t>91.4</w:t>
      </w:r>
    </w:p>
    <w:p>
      <w:r>
        <w:t>环境科学与工程</w:t>
      </w:r>
    </w:p>
    <w:p>
      <w:r>
        <w:t>硕士</w:t>
      </w:r>
    </w:p>
    <w:p>
      <w:r>
        <w:t>全日制</w:t>
      </w:r>
    </w:p>
    <w:p>
      <w:r>
        <w:t>202608115</w:t>
      </w:r>
    </w:p>
    <w:p>
      <w:r>
        <w:t>龚逸帆</w:t>
      </w:r>
    </w:p>
    <w:p>
      <w:r>
        <w:t>基地计划</w:t>
      </w:r>
    </w:p>
    <w:p>
      <w:r>
        <w:t>87.56</w:t>
      </w:r>
    </w:p>
    <w:p>
      <w:r>
        <w:t>资源与环境</w:t>
      </w:r>
    </w:p>
    <w:p>
      <w:r>
        <w:t>硕士</w:t>
      </w:r>
    </w:p>
    <w:p>
      <w:r>
        <w:t>全日制</w:t>
      </w:r>
    </w:p>
    <w:p>
      <w:r>
        <w:t>202608340</w:t>
      </w:r>
    </w:p>
    <w:p>
      <w:r>
        <w:t>徐伊彤</w:t>
      </w:r>
    </w:p>
    <w:p>
      <w:r>
        <w:t>无</w:t>
      </w:r>
    </w:p>
    <w:p>
      <w:r>
        <w:t>86.88</w:t>
      </w:r>
    </w:p>
    <w:p>
      <w:r>
        <w:t>环境科学与工程</w:t>
      </w:r>
    </w:p>
    <w:p>
      <w:r>
        <w:t>直博</w:t>
      </w:r>
    </w:p>
    <w:p>
      <w:r>
        <w:t>全日制</w:t>
      </w:r>
    </w:p>
    <w:p>
      <w:r>
        <w:t>202609647</w:t>
      </w:r>
    </w:p>
    <w:p>
      <w:r>
        <w:t>李景晗</w:t>
      </w:r>
    </w:p>
    <w:p>
      <w:r>
        <w:t>无</w:t>
      </w:r>
    </w:p>
    <w:p>
      <w:r>
        <w:t>87.88</w:t>
      </w:r>
    </w:p>
    <w:p>
      <w:r>
        <w:t>环境科学与工程</w:t>
      </w:r>
    </w:p>
    <w:p>
      <w:r>
        <w:t>硕士</w:t>
      </w:r>
    </w:p>
    <w:p>
      <w:r>
        <w:t>全日制</w:t>
      </w:r>
    </w:p>
    <w:p>
      <w:r>
        <w:t>202609736</w:t>
      </w:r>
    </w:p>
    <w:p>
      <w:r>
        <w:t>梁靖瑜</w:t>
      </w:r>
    </w:p>
    <w:p>
      <w:r>
        <w:t>基地计划</w:t>
      </w:r>
    </w:p>
    <w:p>
      <w:r>
        <w:t>87.86</w:t>
      </w:r>
    </w:p>
    <w:p>
      <w:r>
        <w:t>资源与环境</w:t>
      </w:r>
    </w:p>
    <w:p>
      <w:r>
        <w:t>硕士</w:t>
      </w:r>
    </w:p>
    <w:p>
      <w:r>
        <w:t>全日制</w:t>
      </w:r>
    </w:p>
    <w:p>
      <w:r>
        <w:t>202609902</w:t>
      </w:r>
    </w:p>
    <w:p>
      <w:r>
        <w:t>何乐瑶</w:t>
      </w:r>
    </w:p>
    <w:p>
      <w:r>
        <w:t>基地计划</w:t>
      </w:r>
    </w:p>
    <w:p>
      <w:r>
        <w:t>80.94</w:t>
      </w:r>
    </w:p>
    <w:p>
      <w:r>
        <w:t>资源与环境</w:t>
      </w:r>
    </w:p>
    <w:p>
      <w:r>
        <w:t>硕士</w:t>
      </w:r>
    </w:p>
    <w:p>
      <w:r>
        <w:t>全日制</w:t>
      </w:r>
    </w:p>
    <w:p>
      <w:r>
        <w:t>202610260</w:t>
      </w:r>
    </w:p>
    <w:p>
      <w:r>
        <w:t>王佳慧</w:t>
      </w:r>
    </w:p>
    <w:p>
      <w:r>
        <w:t>无</w:t>
      </w:r>
    </w:p>
    <w:p>
      <w:r>
        <w:t>87.74</w:t>
      </w:r>
    </w:p>
    <w:p>
      <w:r>
        <w:t>环境科学与工程</w:t>
      </w:r>
    </w:p>
    <w:p>
      <w:r>
        <w:t>硕士</w:t>
      </w:r>
    </w:p>
    <w:p>
      <w:r>
        <w:t>全日制</w:t>
      </w:r>
    </w:p>
    <w:p>
      <w:r>
        <w:t>202610785</w:t>
      </w:r>
    </w:p>
    <w:p>
      <w:r>
        <w:t>黄思雨</w:t>
      </w:r>
    </w:p>
    <w:p>
      <w:r>
        <w:t>无</w:t>
      </w:r>
    </w:p>
    <w:p>
      <w:r>
        <w:t>87.76</w:t>
      </w:r>
    </w:p>
    <w:p>
      <w:r>
        <w:t>环境科学与工程</w:t>
      </w:r>
    </w:p>
    <w:p>
      <w:r>
        <w:t>硕士</w:t>
      </w:r>
    </w:p>
    <w:p>
      <w:r>
        <w:t>全日制</w:t>
      </w:r>
    </w:p>
    <w:p>
      <w:r>
        <w:t>202611119</w:t>
      </w:r>
    </w:p>
    <w:p>
      <w:r>
        <w:t>何丰</w:t>
      </w:r>
    </w:p>
    <w:p>
      <w:r>
        <w:t>无</w:t>
      </w:r>
    </w:p>
    <w:p>
      <w:r>
        <w:t>90.68</w:t>
      </w:r>
    </w:p>
    <w:p>
      <w:r>
        <w:t>环境科学与工程</w:t>
      </w:r>
    </w:p>
    <w:p>
      <w:r>
        <w:t>硕士</w:t>
      </w:r>
    </w:p>
    <w:p>
      <w:r>
        <w:t>全日制</w:t>
      </w:r>
    </w:p>
    <w:p>
      <w:r>
        <w:t>202611140</w:t>
      </w:r>
    </w:p>
    <w:p>
      <w:r>
        <w:t>张艺凡</w:t>
      </w:r>
    </w:p>
    <w:p>
      <w:r>
        <w:t>无</w:t>
      </w:r>
    </w:p>
    <w:p>
      <w:r>
        <w:t>90.38</w:t>
      </w:r>
    </w:p>
    <w:p>
      <w:r>
        <w:t>环境科学与工程</w:t>
      </w:r>
    </w:p>
    <w:p>
      <w:r>
        <w:t>硕士</w:t>
      </w:r>
    </w:p>
    <w:p>
      <w:r>
        <w:t>全日制</w:t>
      </w:r>
    </w:p>
    <w:p>
      <w:r>
        <w:t>202611209</w:t>
      </w:r>
    </w:p>
    <w:p>
      <w:r>
        <w:t>张紫洋</w:t>
      </w:r>
    </w:p>
    <w:p>
      <w:r>
        <w:t>无</w:t>
      </w:r>
    </w:p>
    <w:p>
      <w:r>
        <w:t>91.34</w:t>
      </w:r>
    </w:p>
    <w:p>
      <w:r>
        <w:t>环境科学与工程</w:t>
      </w:r>
    </w:p>
    <w:p>
      <w:r>
        <w:t>硕士</w:t>
      </w:r>
    </w:p>
    <w:p>
      <w:r>
        <w:t>全日制</w:t>
      </w:r>
    </w:p>
    <w:p>
      <w:r>
        <w:t>202611339</w:t>
      </w:r>
    </w:p>
    <w:p>
      <w:r>
        <w:t>杨彤</w:t>
      </w:r>
    </w:p>
    <w:p>
      <w:r>
        <w:t>无</w:t>
      </w:r>
    </w:p>
    <w:p>
      <w:r>
        <w:t>87.58</w:t>
      </w:r>
    </w:p>
    <w:p>
      <w:r>
        <w:t>环境科学与工程</w:t>
      </w:r>
    </w:p>
    <w:p>
      <w:r>
        <w:t>硕士</w:t>
      </w:r>
    </w:p>
    <w:p>
      <w:r>
        <w:t>全日制</w:t>
      </w:r>
    </w:p>
    <w:p>
      <w:r>
        <w:t>202611885</w:t>
      </w:r>
    </w:p>
    <w:p>
      <w:r>
        <w:t>范华英</w:t>
      </w:r>
    </w:p>
    <w:p>
      <w:r>
        <w:t>无</w:t>
      </w:r>
    </w:p>
    <w:p>
      <w:r>
        <w:t>85.96</w:t>
      </w:r>
    </w:p>
    <w:p>
      <w:r>
        <w:t>环境科学与工程</w:t>
      </w:r>
    </w:p>
    <w:p>
      <w:r>
        <w:t>硕士</w:t>
      </w:r>
    </w:p>
    <w:p>
      <w:r>
        <w:t>全日制</w:t>
      </w:r>
    </w:p>
    <w:p>
      <w:r>
        <w:t>202612582</w:t>
      </w:r>
    </w:p>
    <w:p>
      <w:r>
        <w:t>康梦柳</w:t>
      </w:r>
    </w:p>
    <w:p>
      <w:r>
        <w:t>无</w:t>
      </w:r>
    </w:p>
    <w:p>
      <w:r>
        <w:t>86.66</w:t>
      </w:r>
    </w:p>
    <w:p>
      <w:r>
        <w:t>环境科学与工程</w:t>
      </w:r>
    </w:p>
    <w:p>
      <w:r>
        <w:t>硕士</w:t>
      </w:r>
    </w:p>
    <w:p>
      <w:r>
        <w:t>全日制</w:t>
      </w:r>
    </w:p>
    <w:p>
      <w:r>
        <w:t>202612733</w:t>
      </w:r>
    </w:p>
    <w:p>
      <w:r>
        <w:t>王祥</w:t>
      </w:r>
    </w:p>
    <w:p>
      <w:r>
        <w:t>无</w:t>
      </w:r>
    </w:p>
    <w:p>
      <w:r>
        <w:t>90.42</w:t>
      </w:r>
    </w:p>
    <w:p>
      <w:r>
        <w:t>环境科学与工程</w:t>
      </w:r>
    </w:p>
    <w:p>
      <w:r>
        <w:t>硕士</w:t>
      </w:r>
    </w:p>
    <w:p>
      <w:r>
        <w:t>全日制</w:t>
      </w:r>
    </w:p>
    <w:p>
      <w:r>
        <w:t>202612777</w:t>
      </w:r>
    </w:p>
    <w:p>
      <w:r>
        <w:t>曾鸿艳</w:t>
      </w:r>
    </w:p>
    <w:p>
      <w:r>
        <w:t>无</w:t>
      </w:r>
    </w:p>
    <w:p>
      <w:r>
        <w:t>88.44</w:t>
      </w:r>
    </w:p>
    <w:p>
      <w:r>
        <w:t>环境科学与工程</w:t>
      </w:r>
    </w:p>
    <w:p>
      <w:r>
        <w:t>硕士</w:t>
      </w:r>
    </w:p>
    <w:p>
      <w:r>
        <w:t>全日制</w:t>
      </w:r>
    </w:p>
    <w:p>
      <w:r>
        <w:t>202612798</w:t>
      </w:r>
    </w:p>
    <w:p>
      <w:r>
        <w:t>周锟</w:t>
      </w:r>
    </w:p>
    <w:p>
      <w:r>
        <w:t>无</w:t>
      </w:r>
    </w:p>
    <w:p>
      <w:r>
        <w:t>89.74</w:t>
      </w:r>
    </w:p>
    <w:p>
      <w:r>
        <w:t>环境科学与工程</w:t>
      </w:r>
    </w:p>
    <w:p>
      <w:r>
        <w:t>硕士</w:t>
      </w:r>
    </w:p>
    <w:p>
      <w:r>
        <w:t>全日制</w:t>
      </w:r>
    </w:p>
    <w:p>
      <w:r>
        <w:t>202612854</w:t>
      </w:r>
    </w:p>
    <w:p>
      <w:r>
        <w:t>陈苏颖</w:t>
      </w:r>
    </w:p>
    <w:p>
      <w:r>
        <w:t>基地计划</w:t>
      </w:r>
    </w:p>
    <w:p>
      <w:r>
        <w:t>85.4</w:t>
      </w:r>
    </w:p>
    <w:p>
      <w:r>
        <w:t>资源与环境</w:t>
      </w:r>
    </w:p>
    <w:p>
      <w:r>
        <w:t>硕士</w:t>
      </w:r>
    </w:p>
    <w:p>
      <w:r>
        <w:t>全日制</w:t>
      </w:r>
    </w:p>
    <w:p>
      <w:r>
        <w:t>202613168</w:t>
      </w:r>
    </w:p>
    <w:p>
      <w:r>
        <w:t>黄雪莹</w:t>
      </w:r>
    </w:p>
    <w:p>
      <w:r>
        <w:t>无</w:t>
      </w:r>
    </w:p>
    <w:p>
      <w:r>
        <w:t>88.46</w:t>
      </w:r>
    </w:p>
    <w:p>
      <w:r>
        <w:t>资源与环境</w:t>
      </w:r>
    </w:p>
    <w:p>
      <w:r>
        <w:t>硕士</w:t>
      </w:r>
    </w:p>
    <w:p>
      <w:r>
        <w:t>全日制</w:t>
      </w:r>
    </w:p>
    <w:p>
      <w:r>
        <w:t>202613219</w:t>
      </w:r>
    </w:p>
    <w:p>
      <w:r>
        <w:t>连悦彤</w:t>
      </w:r>
    </w:p>
    <w:p>
      <w:r>
        <w:t>无</w:t>
      </w:r>
    </w:p>
    <w:p>
      <w:r>
        <w:t>87.24</w:t>
      </w:r>
    </w:p>
    <w:p>
      <w:r>
        <w:t>环境科学与工程</w:t>
      </w:r>
    </w:p>
    <w:p>
      <w:r>
        <w:t>硕士</w:t>
      </w:r>
    </w:p>
    <w:p>
      <w:r>
        <w:t>全日制</w:t>
      </w:r>
    </w:p>
    <w:p>
      <w:r>
        <w:t>202613317</w:t>
      </w:r>
    </w:p>
    <w:p>
      <w:r>
        <w:t>张坤杰</w:t>
      </w:r>
    </w:p>
    <w:p>
      <w:r>
        <w:t>无</w:t>
      </w:r>
    </w:p>
    <w:p>
      <w:r>
        <w:t>84.88</w:t>
      </w:r>
    </w:p>
    <w:p>
      <w:r>
        <w:t>资源与环境</w:t>
      </w:r>
    </w:p>
    <w:p>
      <w:r>
        <w:t>硕士</w:t>
      </w:r>
    </w:p>
    <w:p>
      <w:r>
        <w:t>全日制</w:t>
      </w:r>
    </w:p>
    <w:p>
      <w:r>
        <w:t>202613401</w:t>
      </w:r>
    </w:p>
    <w:p>
      <w:r>
        <w:t>王傲雪</w:t>
      </w:r>
    </w:p>
    <w:p>
      <w:r>
        <w:t>无</w:t>
      </w:r>
    </w:p>
    <w:p>
      <w:r>
        <w:t>85.68</w:t>
      </w:r>
    </w:p>
    <w:p>
      <w:r>
        <w:t>环境科学与工程</w:t>
      </w:r>
    </w:p>
    <w:p>
      <w:r>
        <w:t>硕士</w:t>
      </w:r>
    </w:p>
    <w:p>
      <w:r>
        <w:t>全日制</w:t>
      </w:r>
    </w:p>
    <w:p>
      <w:r>
        <w:t>202613645</w:t>
      </w:r>
    </w:p>
    <w:p>
      <w:r>
        <w:t>王家良</w:t>
      </w:r>
    </w:p>
    <w:p>
      <w:r>
        <w:t>无</w:t>
      </w:r>
    </w:p>
    <w:p>
      <w:r>
        <w:t>86.7</w:t>
      </w:r>
    </w:p>
    <w:p>
      <w:r>
        <w:t>资源与环境</w:t>
      </w:r>
    </w:p>
    <w:p>
      <w:r>
        <w:t>硕士</w:t>
      </w:r>
    </w:p>
    <w:p>
      <w:r>
        <w:t>全日制</w:t>
      </w:r>
    </w:p>
    <w:p>
      <w:r>
        <w:t>202613830</w:t>
      </w:r>
    </w:p>
    <w:p>
      <w:r>
        <w:t>彭敏旋</w:t>
      </w:r>
    </w:p>
    <w:p>
      <w:r>
        <w:t>基地计划</w:t>
      </w:r>
    </w:p>
    <w:p>
      <w:r>
        <w:t>86.02</w:t>
      </w:r>
    </w:p>
    <w:p>
      <w:r>
        <w:t>资源与环境</w:t>
      </w:r>
    </w:p>
    <w:p>
      <w:r>
        <w:t>硕士</w:t>
      </w:r>
    </w:p>
    <w:p>
      <w:r>
        <w:t>全日制</w:t>
      </w:r>
    </w:p>
    <w:p>
      <w:r>
        <w:t>202613914</w:t>
      </w:r>
    </w:p>
    <w:p>
      <w:r>
        <w:t>江祖铜</w:t>
      </w:r>
    </w:p>
    <w:p>
      <w:r>
        <w:t>无</w:t>
      </w:r>
    </w:p>
    <w:p>
      <w:r>
        <w:t>87.3</w:t>
      </w:r>
    </w:p>
    <w:p>
      <w:r>
        <w:t>环境科学与工程</w:t>
      </w:r>
    </w:p>
    <w:p>
      <w:r>
        <w:t>硕士</w:t>
      </w:r>
    </w:p>
    <w:p>
      <w:r>
        <w:t>全日制</w:t>
      </w:r>
    </w:p>
    <w:p>
      <w:r>
        <w:t>202613952</w:t>
      </w:r>
    </w:p>
    <w:p>
      <w:r>
        <w:t>李震洋</w:t>
      </w:r>
    </w:p>
    <w:p>
      <w:r>
        <w:t>基地计划</w:t>
      </w:r>
    </w:p>
    <w:p>
      <w:r>
        <w:t>87.98</w:t>
      </w:r>
    </w:p>
    <w:p>
      <w:r>
        <w:t>资源与环境</w:t>
      </w:r>
    </w:p>
    <w:p>
      <w:r>
        <w:t>硕士</w:t>
      </w:r>
    </w:p>
    <w:p>
      <w:r>
        <w:t>全日制</w:t>
      </w:r>
    </w:p>
    <w:p>
      <w:r>
        <w:t>202614164</w:t>
      </w:r>
    </w:p>
    <w:p>
      <w:r>
        <w:t>朱柔蜜</w:t>
      </w:r>
    </w:p>
    <w:p>
      <w:r>
        <w:t>无</w:t>
      </w:r>
    </w:p>
    <w:p>
      <w:r>
        <w:t>84.16</w:t>
      </w:r>
    </w:p>
    <w:p>
      <w:r>
        <w:t>资源与环境</w:t>
      </w:r>
    </w:p>
    <w:p>
      <w:r>
        <w:t>硕士</w:t>
      </w:r>
    </w:p>
    <w:p>
      <w:r>
        <w:t>全日制</w:t>
      </w:r>
    </w:p>
    <w:p>
      <w:r>
        <w:t>202614410</w:t>
      </w:r>
    </w:p>
    <w:p>
      <w:r>
        <w:t>杨赛</w:t>
      </w:r>
    </w:p>
    <w:p>
      <w:r>
        <w:t>无</w:t>
      </w:r>
    </w:p>
    <w:p>
      <w:r>
        <w:t>85.28</w:t>
      </w:r>
    </w:p>
    <w:p>
      <w:r>
        <w:t>资源与环境</w:t>
      </w:r>
    </w:p>
    <w:p>
      <w:r>
        <w:t>硕士</w:t>
      </w:r>
    </w:p>
    <w:p>
      <w:r>
        <w:t>全日制</w:t>
      </w:r>
    </w:p>
    <w:p>
      <w:r>
        <w:t>202615058</w:t>
      </w:r>
    </w:p>
    <w:p>
      <w:r>
        <w:t>黄倬</w:t>
      </w:r>
    </w:p>
    <w:p>
      <w:r>
        <w:t>无</w:t>
      </w:r>
    </w:p>
    <w:p>
      <w:r>
        <w:t>90.78</w:t>
      </w:r>
    </w:p>
    <w:p>
      <w:r>
        <w:t>资源与环境</w:t>
      </w:r>
    </w:p>
    <w:p>
      <w:r>
        <w:t>硕士</w:t>
      </w:r>
    </w:p>
    <w:p>
      <w:r>
        <w:t>全日制</w:t>
      </w:r>
    </w:p>
    <w:p>
      <w:r>
        <w:t>202615692</w:t>
      </w:r>
    </w:p>
    <w:p>
      <w:r>
        <w:t>谢佳林</w:t>
      </w:r>
    </w:p>
    <w:p>
      <w:r>
        <w:t>无</w:t>
      </w:r>
    </w:p>
    <w:p>
      <w:r>
        <w:t>86.72</w:t>
      </w:r>
    </w:p>
    <w:p>
      <w:r>
        <w:t>环境科学与工程</w:t>
      </w:r>
    </w:p>
    <w:p>
      <w:r>
        <w:t>硕士</w:t>
      </w:r>
    </w:p>
    <w:p>
      <w:r>
        <w:t>全日制</w:t>
      </w:r>
    </w:p>
    <w:p>
      <w:r>
        <w:t>202615843</w:t>
      </w:r>
    </w:p>
    <w:p>
      <w:r>
        <w:t>林鑫帆</w:t>
      </w:r>
    </w:p>
    <w:p>
      <w:r>
        <w:t>无</w:t>
      </w:r>
    </w:p>
    <w:p>
      <w:r>
        <w:t>86.56</w:t>
      </w:r>
    </w:p>
    <w:p>
      <w:r>
        <w:t>环境科学与工程</w:t>
      </w:r>
    </w:p>
    <w:p>
      <w:r>
        <w:t>硕士</w:t>
      </w:r>
    </w:p>
    <w:p>
      <w:r>
        <w:t>全日制</w:t>
      </w:r>
    </w:p>
    <w:p>
      <w:r>
        <w:t>202616600</w:t>
      </w:r>
    </w:p>
    <w:p>
      <w:r>
        <w:t>郑靖海</w:t>
      </w:r>
    </w:p>
    <w:p>
      <w:r>
        <w:t>无</w:t>
      </w:r>
    </w:p>
    <w:p>
      <w:r>
        <w:t>87.78</w:t>
      </w:r>
    </w:p>
    <w:p>
      <w:r>
        <w:t>环境科学与工程</w:t>
      </w:r>
    </w:p>
    <w:p>
      <w:r>
        <w:t>硕士</w:t>
      </w:r>
    </w:p>
    <w:p>
      <w:r>
        <w:t>全日制</w:t>
      </w:r>
    </w:p>
    <w:p>
      <w:r>
        <w:t>202616827</w:t>
      </w:r>
    </w:p>
    <w:p>
      <w:r>
        <w:t>陈怡</w:t>
      </w:r>
    </w:p>
    <w:p>
      <w:r>
        <w:t>无</w:t>
      </w:r>
    </w:p>
    <w:p>
      <w:r>
        <w:t>88.92</w:t>
      </w:r>
    </w:p>
    <w:p>
      <w:r>
        <w:t>环境科学与工程</w:t>
      </w:r>
    </w:p>
    <w:p>
      <w:r>
        <w:t>硕士</w:t>
      </w:r>
    </w:p>
    <w:p>
      <w:r>
        <w:t>全日制</w:t>
      </w:r>
    </w:p>
    <w:p>
      <w:r>
        <w:t>202617598</w:t>
      </w:r>
    </w:p>
    <w:p>
      <w:r>
        <w:t>曲珍艺</w:t>
      </w:r>
    </w:p>
    <w:p>
      <w:r>
        <w:t>无</w:t>
      </w:r>
    </w:p>
    <w:p>
      <w:r>
        <w:t>89.8</w:t>
      </w:r>
    </w:p>
    <w:p>
      <w:r>
        <w:t>资源与环境</w:t>
      </w:r>
    </w:p>
    <w:p>
      <w:r>
        <w:t>硕士</w:t>
      </w:r>
    </w:p>
    <w:p>
      <w:r>
        <w:t>全日制</w:t>
      </w:r>
    </w:p>
    <w:p>
      <w:r>
        <w:t>202618291</w:t>
      </w:r>
    </w:p>
    <w:p>
      <w:r>
        <w:t>蓝玉娟</w:t>
      </w:r>
    </w:p>
    <w:p>
      <w:r>
        <w:t>基地计划</w:t>
      </w:r>
    </w:p>
    <w:p>
      <w:r>
        <w:t>81.22</w:t>
      </w:r>
    </w:p>
    <w:p>
      <w:r>
        <w:t>资源与环境&lt;td class=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