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外国语学院2026届推荐优秀应届本科生免试攻读硕士学位学生名单公示</w:t>
      </w:r>
    </w:p>
    <w:p>
      <w:r>
        <w:t>发布时间：2025年9月3日</w:t>
      </w:r>
    </w:p>
    <w:p>
      <w:r>
        <w:t>来源URL：https://sfl.zmu.edu.cn/info/1034/3439.htm</w:t>
      </w:r>
    </w:p>
    <w:p>
      <w:r>
        <w:t>========================================</w:t>
      </w:r>
    </w:p>
    <w:p>
      <w:r>
        <w:t>&gt;</w:t>
      </w:r>
    </w:p>
    <w:p>
      <w:r>
        <w:t>根据学校文件规定，在外国语学院2022级学生中通过广泛宣传、学生书面申请、学生管理部门审核学生申报资格、推免材料审核小组审核加分材料、遴选工作小组讨论推荐名单等综合考察环节，并经学院党政联席会议审核，推选出外国语学院2026届免试攻读硕士学位的学生为：</w:t>
      </w:r>
    </w:p>
    <w:p>
      <w:r>
        <w:t>2022级英语专业 22111340140 蒋勤勤</w:t>
      </w:r>
    </w:p>
    <w:p>
      <w:r>
        <w:t>公示期为9月4--8日。在公示期内，如有任何异议，可向学生管理部门反映，如向学生管理部门反映未能解决问题者，还可以向外国语学院学生党支部或办公室反映。</w:t>
      </w:r>
    </w:p>
    <w:p>
      <w:r>
        <w:t>书记：28642282</w:t>
      </w:r>
    </w:p>
    <w:p>
      <w:r>
        <w:t>学生党支部：28643404</w:t>
      </w:r>
    </w:p>
    <w:p>
      <w:r>
        <w:t>外国语学院</w:t>
      </w:r>
    </w:p>
    <w:p>
      <w:r>
        <w:t>2025年9月3日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