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华中科技大学管理学院2026年“全国优秀大学生暑期夏令营”(学术型)入选人员名单</w:t>
      </w:r>
    </w:p>
    <w:p>
      <w:r>
        <w:t>发布时间：2026年7月3日</w:t>
      </w:r>
    </w:p>
    <w:p>
      <w:r>
        <w:t>来源URL：https://cm.hust.edu.cn/info/2137/38303.htm</w:t>
      </w:r>
    </w:p>
    <w:p>
      <w:r>
        <w:t>========================================</w:t>
      </w:r>
    </w:p>
    <w:p>
      <w:r>
        <w:t>&gt;</w:t>
      </w:r>
    </w:p>
    <w:p>
      <w:r>
        <w:t>经我院逐一审核申请人提交的夏令营申报材料，组织专家认真遴选，并报请学院研究生招生工作领导小组审议通过，确定2026年华中科技大学管理学院“全国优秀大学生暑期夏令营”（学术型）营员名单，现予以公布。</w:t>
      </w:r>
    </w:p>
    <w:p>
      <w:r>
        <w:t>请入营同学于7月7日12:00前登录报名系统确认是否参营，逾期不确认者视为放弃。如有营员自愿放弃入营资格，学院将进行增补，调整入营名单。</w:t>
      </w:r>
    </w:p>
    <w:p>
      <w:r>
        <w:t>请入营同学搜索并加入“2026年华科大管理学院夏令营营员群”QQ群，群号627960876，进群后请将本人群名片名称改为：序号+真实姓名+所在学校名称。</w:t>
      </w:r>
    </w:p>
    <w:p>
      <w:r>
        <w:t>序号</w:t>
      </w:r>
    </w:p>
    <w:p>
      <w:r>
        <w:t>报名号</w:t>
      </w:r>
    </w:p>
    <w:p>
      <w:r>
        <w:t>姓名</w:t>
      </w:r>
    </w:p>
    <w:p>
      <w:r>
        <w:t>序号</w:t>
      </w:r>
    </w:p>
    <w:p>
      <w:r>
        <w:t>报名号</w:t>
      </w:r>
    </w:p>
    <w:p>
      <w:r>
        <w:t>姓名</w:t>
      </w:r>
    </w:p>
    <w:p>
      <w:r>
        <w:t>1</w:t>
      </w:r>
    </w:p>
    <w:p>
      <w:r>
        <w:t>202700129</w:t>
      </w:r>
    </w:p>
    <w:p>
      <w:r>
        <w:t>方一鑫</w:t>
      </w:r>
    </w:p>
    <w:p>
      <w:r>
        <w:t>41</w:t>
      </w:r>
    </w:p>
    <w:p>
      <w:r>
        <w:t>202702405</w:t>
      </w:r>
    </w:p>
    <w:p>
      <w:r>
        <w:t>巫涛涛</w:t>
      </w:r>
    </w:p>
    <w:p>
      <w:r>
        <w:t>2</w:t>
      </w:r>
    </w:p>
    <w:p>
      <w:r>
        <w:t>202700160</w:t>
      </w:r>
    </w:p>
    <w:p>
      <w:r>
        <w:t>刘银凤</w:t>
      </w:r>
    </w:p>
    <w:p>
      <w:r>
        <w:t>42</w:t>
      </w:r>
    </w:p>
    <w:p>
      <w:r>
        <w:t>202702426</w:t>
      </w:r>
    </w:p>
    <w:p>
      <w:r>
        <w:t>麦梓珊</w:t>
      </w:r>
    </w:p>
    <w:p>
      <w:r>
        <w:t>3</w:t>
      </w:r>
    </w:p>
    <w:p>
      <w:r>
        <w:t>202701408</w:t>
      </w:r>
    </w:p>
    <w:p>
      <w:r>
        <w:t>宋雨果</w:t>
      </w:r>
    </w:p>
    <w:p>
      <w:r>
        <w:t>43</w:t>
      </w:r>
    </w:p>
    <w:p>
      <w:r>
        <w:t>202702502</w:t>
      </w:r>
    </w:p>
    <w:p>
      <w:r>
        <w:t>陈可涵</w:t>
      </w:r>
    </w:p>
    <w:p>
      <w:r>
        <w:t>4</w:t>
      </w:r>
    </w:p>
    <w:p>
      <w:r>
        <w:t>202701460</w:t>
      </w:r>
    </w:p>
    <w:p>
      <w:r>
        <w:t>张铁岩</w:t>
      </w:r>
    </w:p>
    <w:p>
      <w:r>
        <w:t>44</w:t>
      </w:r>
    </w:p>
    <w:p>
      <w:r>
        <w:t>202702562</w:t>
      </w:r>
    </w:p>
    <w:p>
      <w:r>
        <w:t>刘陈苗</w:t>
      </w:r>
    </w:p>
    <w:p>
      <w:r>
        <w:t>5</w:t>
      </w:r>
    </w:p>
    <w:p>
      <w:r>
        <w:t>202701463</w:t>
      </w:r>
    </w:p>
    <w:p>
      <w:r>
        <w:t>荆一茗</w:t>
      </w:r>
    </w:p>
    <w:p>
      <w:r>
        <w:t>45</w:t>
      </w:r>
    </w:p>
    <w:p>
      <w:r>
        <w:t>202702574</w:t>
      </w:r>
    </w:p>
    <w:p>
      <w:r>
        <w:t>宋泽超</w:t>
      </w:r>
    </w:p>
    <w:p>
      <w:r>
        <w:t>6</w:t>
      </w:r>
    </w:p>
    <w:p>
      <w:r>
        <w:t>202701475</w:t>
      </w:r>
    </w:p>
    <w:p>
      <w:r>
        <w:t>李勤</w:t>
      </w:r>
    </w:p>
    <w:p>
      <w:r>
        <w:t>46</w:t>
      </w:r>
    </w:p>
    <w:p>
      <w:r>
        <w:t>202702598</w:t>
      </w:r>
    </w:p>
    <w:p>
      <w:r>
        <w:t>彭心怡</w:t>
      </w:r>
    </w:p>
    <w:p>
      <w:r>
        <w:t>7</w:t>
      </w:r>
    </w:p>
    <w:p>
      <w:r>
        <w:t>202701486</w:t>
      </w:r>
    </w:p>
    <w:p>
      <w:r>
        <w:t>施鸿铭</w:t>
      </w:r>
    </w:p>
    <w:p>
      <w:r>
        <w:t>47</w:t>
      </w:r>
    </w:p>
    <w:p>
      <w:r>
        <w:t>202702720</w:t>
      </w:r>
    </w:p>
    <w:p>
      <w:r>
        <w:t>周弘毅</w:t>
      </w:r>
    </w:p>
    <w:p>
      <w:r>
        <w:t>8</w:t>
      </w:r>
    </w:p>
    <w:p>
      <w:r>
        <w:t>202701536</w:t>
      </w:r>
    </w:p>
    <w:p>
      <w:r>
        <w:t>张佳琦</w:t>
      </w:r>
    </w:p>
    <w:p>
      <w:r>
        <w:t>48</w:t>
      </w:r>
    </w:p>
    <w:p>
      <w:r>
        <w:t>202702721</w:t>
      </w:r>
    </w:p>
    <w:p>
      <w:r>
        <w:t>姚裕恬</w:t>
      </w:r>
    </w:p>
    <w:p>
      <w:r>
        <w:t>9</w:t>
      </w:r>
    </w:p>
    <w:p>
      <w:r>
        <w:t>202701537</w:t>
      </w:r>
    </w:p>
    <w:p>
      <w:r>
        <w:t>张博兴</w:t>
      </w:r>
    </w:p>
    <w:p>
      <w:r>
        <w:t>49</w:t>
      </w:r>
    </w:p>
    <w:p>
      <w:r>
        <w:t>202702804</w:t>
      </w:r>
    </w:p>
    <w:p>
      <w:r>
        <w:t>保雨欣</w:t>
      </w:r>
    </w:p>
    <w:p>
      <w:r>
        <w:t>10</w:t>
      </w:r>
    </w:p>
    <w:p>
      <w:r>
        <w:t>202701584</w:t>
      </w:r>
    </w:p>
    <w:p>
      <w:r>
        <w:t>栾智健</w:t>
      </w:r>
    </w:p>
    <w:p>
      <w:r>
        <w:t>50</w:t>
      </w:r>
    </w:p>
    <w:p>
      <w:r>
        <w:t>202702850</w:t>
      </w:r>
    </w:p>
    <w:p>
      <w:r>
        <w:t>刘明达</w:t>
      </w:r>
    </w:p>
    <w:p>
      <w:r>
        <w:t>11</w:t>
      </w:r>
    </w:p>
    <w:p>
      <w:r>
        <w:t>202701609</w:t>
      </w:r>
    </w:p>
    <w:p>
      <w:r>
        <w:t>邱诗涵</w:t>
      </w:r>
    </w:p>
    <w:p>
      <w:r>
        <w:t>51</w:t>
      </w:r>
    </w:p>
    <w:p>
      <w:r>
        <w:t>202702887</w:t>
      </w:r>
    </w:p>
    <w:p>
      <w:r>
        <w:t>王一帆</w:t>
      </w:r>
    </w:p>
    <w:p>
      <w:r>
        <w:t>12</w:t>
      </w:r>
    </w:p>
    <w:p>
      <w:r>
        <w:t>202701623</w:t>
      </w:r>
    </w:p>
    <w:p>
      <w:r>
        <w:t>谭格孜</w:t>
      </w:r>
    </w:p>
    <w:p>
      <w:r>
        <w:t>52</w:t>
      </w:r>
    </w:p>
    <w:p>
      <w:r>
        <w:t>202702890</w:t>
      </w:r>
    </w:p>
    <w:p>
      <w:r>
        <w:t>孙韩宇</w:t>
      </w:r>
    </w:p>
    <w:p>
      <w:r>
        <w:t>13</w:t>
      </w:r>
    </w:p>
    <w:p>
      <w:r>
        <w:t>202701650</w:t>
      </w:r>
    </w:p>
    <w:p>
      <w:r>
        <w:t>邱誉衡</w:t>
      </w:r>
    </w:p>
    <w:p>
      <w:r>
        <w:t>53</w:t>
      </w:r>
    </w:p>
    <w:p>
      <w:r>
        <w:t>202702903</w:t>
      </w:r>
    </w:p>
    <w:p>
      <w:r>
        <w:t>龙彦辰</w:t>
      </w:r>
    </w:p>
    <w:p>
      <w:r>
        <w:t>14</w:t>
      </w:r>
    </w:p>
    <w:p>
      <w:r>
        <w:t>202701686</w:t>
      </w:r>
    </w:p>
    <w:p>
      <w:r>
        <w:t>杜佳艺</w:t>
      </w:r>
    </w:p>
    <w:p>
      <w:r>
        <w:t>54</w:t>
      </w:r>
    </w:p>
    <w:p>
      <w:r>
        <w:t>202702927</w:t>
      </w:r>
    </w:p>
    <w:p>
      <w:r>
        <w:t>陈硕</w:t>
      </w:r>
    </w:p>
    <w:p>
      <w:r>
        <w:t>15</w:t>
      </w:r>
    </w:p>
    <w:p>
      <w:r>
        <w:t>202701731</w:t>
      </w:r>
    </w:p>
    <w:p>
      <w:r>
        <w:t>林尊熺</w:t>
      </w:r>
    </w:p>
    <w:p>
      <w:r>
        <w:t>55</w:t>
      </w:r>
    </w:p>
    <w:p>
      <w:r>
        <w:t>202702933</w:t>
      </w:r>
    </w:p>
    <w:p>
      <w:r>
        <w:t>王乐怡</w:t>
      </w:r>
    </w:p>
    <w:p>
      <w:r>
        <w:t>16</w:t>
      </w:r>
    </w:p>
    <w:p>
      <w:r>
        <w:t>202701738</w:t>
      </w:r>
    </w:p>
    <w:p>
      <w:r>
        <w:t>陈子怡</w:t>
      </w:r>
    </w:p>
    <w:p>
      <w:r>
        <w:t>56</w:t>
      </w:r>
    </w:p>
    <w:p>
      <w:r>
        <w:t>202702958</w:t>
      </w:r>
    </w:p>
    <w:p>
      <w:r>
        <w:t>吴志强</w:t>
      </w:r>
    </w:p>
    <w:p>
      <w:r>
        <w:t>17</w:t>
      </w:r>
    </w:p>
    <w:p>
      <w:r>
        <w:t>202701742</w:t>
      </w:r>
    </w:p>
    <w:p>
      <w:r>
        <w:t>张依鑫</w:t>
      </w:r>
    </w:p>
    <w:p>
      <w:r>
        <w:t>57</w:t>
      </w:r>
    </w:p>
    <w:p>
      <w:r>
        <w:t>202702990</w:t>
      </w:r>
    </w:p>
    <w:p>
      <w:r>
        <w:t>王思颖</w:t>
      </w:r>
    </w:p>
    <w:p>
      <w:r>
        <w:t>18</w:t>
      </w:r>
    </w:p>
    <w:p>
      <w:r>
        <w:t>202701746</w:t>
      </w:r>
    </w:p>
    <w:p>
      <w:r>
        <w:t>张文锦</w:t>
      </w:r>
    </w:p>
    <w:p>
      <w:r>
        <w:t>58</w:t>
      </w:r>
    </w:p>
    <w:p>
      <w:r>
        <w:t>202703141</w:t>
      </w:r>
    </w:p>
    <w:p>
      <w:r>
        <w:t>林学</w:t>
      </w:r>
    </w:p>
    <w:p>
      <w:r>
        <w:t>19</w:t>
      </w:r>
    </w:p>
    <w:p>
      <w:r>
        <w:t>202701796</w:t>
      </w:r>
    </w:p>
    <w:p>
      <w:r>
        <w:t>廖品彦</w:t>
      </w:r>
    </w:p>
    <w:p>
      <w:r>
        <w:t>59</w:t>
      </w:r>
    </w:p>
    <w:p>
      <w:r>
        <w:t>202703200</w:t>
      </w:r>
    </w:p>
    <w:p>
      <w:r>
        <w:t>翁浩然</w:t>
      </w:r>
    </w:p>
    <w:p>
      <w:r>
        <w:t>20</w:t>
      </w:r>
    </w:p>
    <w:p>
      <w:r>
        <w:t>202701837</w:t>
      </w:r>
    </w:p>
    <w:p>
      <w:r>
        <w:t>陈丽娜</w:t>
      </w:r>
    </w:p>
    <w:p>
      <w:r>
        <w:t>60</w:t>
      </w:r>
    </w:p>
    <w:p>
      <w:r>
        <w:t>202703251</w:t>
      </w:r>
    </w:p>
    <w:p>
      <w:r>
        <w:t>李欣炎</w:t>
      </w:r>
    </w:p>
    <w:p>
      <w:r>
        <w:t>21</w:t>
      </w:r>
    </w:p>
    <w:p>
      <w:r>
        <w:t>202701862</w:t>
      </w:r>
    </w:p>
    <w:p>
      <w:r>
        <w:t>胡肇东</w:t>
      </w:r>
    </w:p>
    <w:p>
      <w:r>
        <w:t>61</w:t>
      </w:r>
    </w:p>
    <w:p>
      <w:r>
        <w:t>202703266</w:t>
      </w:r>
    </w:p>
    <w:p>
      <w:r>
        <w:t>周昕萍</w:t>
      </w:r>
    </w:p>
    <w:p>
      <w:r>
        <w:t>22</w:t>
      </w:r>
    </w:p>
    <w:p>
      <w:r>
        <w:t>202701885</w:t>
      </w:r>
    </w:p>
    <w:p>
      <w:r>
        <w:t>康子木</w:t>
      </w:r>
    </w:p>
    <w:p>
      <w:r>
        <w:t>62</w:t>
      </w:r>
    </w:p>
    <w:p>
      <w:r>
        <w:t>202703321</w:t>
      </w:r>
    </w:p>
    <w:p>
      <w:r>
        <w:t>周世豪</w:t>
      </w:r>
    </w:p>
    <w:p>
      <w:r>
        <w:t>23</w:t>
      </w:r>
    </w:p>
    <w:p>
      <w:r>
        <w:t>202701974</w:t>
      </w:r>
    </w:p>
    <w:p>
      <w:r>
        <w:t>邱梓荣</w:t>
      </w:r>
    </w:p>
    <w:p>
      <w:r>
        <w:t>63</w:t>
      </w:r>
    </w:p>
    <w:p>
      <w:r>
        <w:t>202703390</w:t>
      </w:r>
    </w:p>
    <w:p>
      <w:r>
        <w:t>尹佳平</w:t>
      </w:r>
    </w:p>
    <w:p>
      <w:r>
        <w:t>24</w:t>
      </w:r>
    </w:p>
    <w:p>
      <w:r>
        <w:t>202701992</w:t>
      </w:r>
    </w:p>
    <w:p>
      <w:r>
        <w:t>付嘉斓</w:t>
      </w:r>
    </w:p>
    <w:p>
      <w:r>
        <w:t>64</w:t>
      </w:r>
    </w:p>
    <w:p>
      <w:r>
        <w:t>202703555</w:t>
      </w:r>
    </w:p>
    <w:p>
      <w:r>
        <w:t>王子轩</w:t>
      </w:r>
    </w:p>
    <w:p>
      <w:r>
        <w:t>25</w:t>
      </w:r>
    </w:p>
    <w:p>
      <w:r>
        <w:t>202701997</w:t>
      </w:r>
    </w:p>
    <w:p>
      <w:r>
        <w:t>刘亦冰</w:t>
      </w:r>
    </w:p>
    <w:p>
      <w:r>
        <w:t>65</w:t>
      </w:r>
    </w:p>
    <w:p>
      <w:r>
        <w:t>202703642</w:t>
      </w:r>
    </w:p>
    <w:p>
      <w:r>
        <w:t>甘景怡</w:t>
      </w:r>
    </w:p>
    <w:p>
      <w:r>
        <w:t>26</w:t>
      </w:r>
    </w:p>
    <w:p>
      <w:r>
        <w:t>202702002</w:t>
      </w:r>
    </w:p>
    <w:p>
      <w:r>
        <w:t>卫峻豪</w:t>
      </w:r>
    </w:p>
    <w:p>
      <w:r>
        <w:t>66</w:t>
      </w:r>
    </w:p>
    <w:p>
      <w:r>
        <w:t>202703677</w:t>
      </w:r>
    </w:p>
    <w:p>
      <w:r>
        <w:t>彭静瑶</w:t>
      </w:r>
    </w:p>
    <w:p>
      <w:r>
        <w:t>27</w:t>
      </w:r>
    </w:p>
    <w:p>
      <w:r>
        <w:t>202702005</w:t>
      </w:r>
    </w:p>
    <w:p>
      <w:r>
        <w:t>陈雪菲</w:t>
      </w:r>
    </w:p>
    <w:p>
      <w:r>
        <w:t>67</w:t>
      </w:r>
    </w:p>
    <w:p>
      <w:r>
        <w:t>202703706</w:t>
      </w:r>
    </w:p>
    <w:p>
      <w:r>
        <w:t>梁佳依</w:t>
      </w:r>
    </w:p>
    <w:p>
      <w:r>
        <w:t>28</w:t>
      </w:r>
    </w:p>
    <w:p>
      <w:r>
        <w:t>202702016</w:t>
      </w:r>
    </w:p>
    <w:p>
      <w:r>
        <w:t>赵宇航</w:t>
      </w:r>
    </w:p>
    <w:p>
      <w:r>
        <w:t>68</w:t>
      </w:r>
    </w:p>
    <w:p>
      <w:r>
        <w:t>202704042</w:t>
      </w:r>
    </w:p>
    <w:p>
      <w:r>
        <w:t>王婉凝</w:t>
      </w:r>
    </w:p>
    <w:p>
      <w:r>
        <w:t>29</w:t>
      </w:r>
    </w:p>
    <w:p>
      <w:r>
        <w:t>202702105</w:t>
      </w:r>
    </w:p>
    <w:p>
      <w:r>
        <w:t>徐玥</w:t>
      </w:r>
    </w:p>
    <w:p>
      <w:r>
        <w:t>69</w:t>
      </w:r>
    </w:p>
    <w:p>
      <w:r>
        <w:t>202704130</w:t>
      </w:r>
    </w:p>
    <w:p>
      <w:r>
        <w:t>于佳璇</w:t>
      </w:r>
    </w:p>
    <w:p>
      <w:r>
        <w:t>30</w:t>
      </w:r>
    </w:p>
    <w:p>
      <w:r>
        <w:t>202702124</w:t>
      </w:r>
    </w:p>
    <w:p>
      <w:r>
        <w:t>丁文淼</w:t>
      </w:r>
    </w:p>
    <w:p>
      <w:r>
        <w:t>70</w:t>
      </w:r>
    </w:p>
    <w:p>
      <w:r>
        <w:t>202704154</w:t>
      </w:r>
    </w:p>
    <w:p>
      <w:r>
        <w:t>万红媛</w:t>
      </w:r>
    </w:p>
    <w:p>
      <w:r>
        <w:t>31</w:t>
      </w:r>
    </w:p>
    <w:p>
      <w:r>
        <w:t>202702192</w:t>
      </w:r>
    </w:p>
    <w:p>
      <w:r>
        <w:t>胡欣雨</w:t>
      </w:r>
    </w:p>
    <w:p>
      <w:r>
        <w:t>71</w:t>
      </w:r>
    </w:p>
    <w:p>
      <w:r>
        <w:t>202704566</w:t>
      </w:r>
    </w:p>
    <w:p>
      <w:r>
        <w:t>寇博蕊</w:t>
      </w:r>
    </w:p>
    <w:p>
      <w:r>
        <w:t>32</w:t>
      </w:r>
    </w:p>
    <w:p>
      <w:r>
        <w:t>202702201</w:t>
      </w:r>
    </w:p>
    <w:p>
      <w:r>
        <w:t>蒋奕暄</w:t>
      </w:r>
    </w:p>
    <w:p>
      <w:r>
        <w:t>72</w:t>
      </w:r>
    </w:p>
    <w:p>
      <w:r>
        <w:t>202704637</w:t>
      </w:r>
    </w:p>
    <w:p>
      <w:r>
        <w:t>李可熳</w:t>
      </w:r>
    </w:p>
    <w:p>
      <w:r>
        <w:t>33</w:t>
      </w:r>
    </w:p>
    <w:p>
      <w:r>
        <w:t>202702235</w:t>
      </w:r>
    </w:p>
    <w:p>
      <w:r>
        <w:t>林恩佑</w:t>
      </w:r>
    </w:p>
    <w:p>
      <w:r>
        <w:t>73</w:t>
      </w:r>
    </w:p>
    <w:p>
      <w:r>
        <w:t>202704806</w:t>
      </w:r>
    </w:p>
    <w:p>
      <w:r>
        <w:t>徐婧萌</w:t>
      </w:r>
    </w:p>
    <w:p>
      <w:r>
        <w:t>34</w:t>
      </w:r>
    </w:p>
    <w:p>
      <w:r>
        <w:t>202702292</w:t>
      </w:r>
    </w:p>
    <w:p>
      <w:r>
        <w:t>朱雅靖</w:t>
      </w:r>
    </w:p>
    <w:p>
      <w:r>
        <w:t>74</w:t>
      </w:r>
    </w:p>
    <w:p>
      <w:r>
        <w:t>202705176</w:t>
      </w:r>
    </w:p>
    <w:p>
      <w:r>
        <w:t>黄燕</w:t>
      </w:r>
    </w:p>
    <w:p>
      <w:r>
        <w:t>35</w:t>
      </w:r>
    </w:p>
    <w:p>
      <w:r>
        <w:t>202702297</w:t>
      </w:r>
    </w:p>
    <w:p>
      <w:r>
        <w:t>刘永烨</w:t>
      </w:r>
    </w:p>
    <w:p>
      <w:r>
        <w:t>75</w:t>
      </w:r>
    </w:p>
    <w:p>
      <w:r>
        <w:t>202705299</w:t>
      </w:r>
    </w:p>
    <w:p>
      <w:r>
        <w:t>赖陶钧</w:t>
      </w:r>
    </w:p>
    <w:p>
      <w:r>
        <w:t>36</w:t>
      </w:r>
    </w:p>
    <w:p>
      <w:r>
        <w:t>202702324</w:t>
      </w:r>
    </w:p>
    <w:p>
      <w:r>
        <w:t>陈炜昊</w:t>
      </w:r>
    </w:p>
    <w:p>
      <w:r>
        <w:t>76</w:t>
      </w:r>
    </w:p>
    <w:p>
      <w:r>
        <w:t>202705314</w:t>
      </w:r>
    </w:p>
    <w:p>
      <w:r>
        <w:t>孙都</w:t>
      </w:r>
    </w:p>
    <w:p>
      <w:r>
        <w:t>37</w:t>
      </w:r>
    </w:p>
    <w:p>
      <w:r>
        <w:t>202702350</w:t>
      </w:r>
    </w:p>
    <w:p>
      <w:r>
        <w:t>孙嘉浩</w:t>
      </w:r>
    </w:p>
    <w:p>
      <w:r>
        <w:t>77</w:t>
      </w:r>
    </w:p>
    <w:p>
      <w:r>
        <w:t>202705560</w:t>
      </w:r>
    </w:p>
    <w:p>
      <w:r>
        <w:t>孙昱雯</w:t>
      </w:r>
    </w:p>
    <w:p>
      <w:r>
        <w:t>38</w:t>
      </w:r>
    </w:p>
    <w:p>
      <w:r>
        <w:t>202702351</w:t>
      </w:r>
    </w:p>
    <w:p>
      <w:r>
        <w:t>卜亚轩</w:t>
      </w:r>
    </w:p>
    <w:p>
      <w:r>
        <w:t>78</w:t>
      </w:r>
    </w:p>
    <w:p>
      <w:r>
        <w:t>202705607</w:t>
      </w:r>
    </w:p>
    <w:p>
      <w:r>
        <w:t>许朦</w:t>
      </w:r>
    </w:p>
    <w:p>
      <w:r>
        <w:t>39</w:t>
      </w:r>
    </w:p>
    <w:p>
      <w:r>
        <w:t>202702377</w:t>
      </w:r>
    </w:p>
    <w:p>
      <w:r>
        <w:t>崔玥琪</w:t>
      </w:r>
    </w:p>
    <w:p>
      <w:r>
        <w:t>79</w:t>
      </w:r>
    </w:p>
    <w:p>
      <w:r>
        <w:t>202705724</w:t>
      </w:r>
    </w:p>
    <w:p>
      <w:r>
        <w:t>滕景奔</w:t>
      </w:r>
    </w:p>
    <w:p>
      <w:r>
        <w:t>40</w:t>
      </w:r>
    </w:p>
    <w:p>
      <w:r>
        <w:t>202702401</w:t>
      </w:r>
    </w:p>
    <w:p>
      <w:r>
        <w:t>俞骁轩</w:t>
      </w:r>
    </w:p>
    <w:p>
      <w:r>
        <w:t>80</w:t>
      </w:r>
    </w:p>
    <w:p>
      <w:r>
        <w:t>202705836</w:t>
      </w:r>
    </w:p>
    <w:p>
      <w:r>
        <w:t>杨子萱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