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清华大学2027年人工智能学院接收优秀应届本科毕业生免试攻读研究生综合考核名单公示-清华大学人工智能学院</w:t>
      </w:r>
    </w:p>
    <w:p>
      <w:r>
        <w:t>清华大学2027年人工智能学院</w:t>
      </w:r>
    </w:p>
    <w:p>
      <w:r>
        <w:t>接收优秀应届本科毕业生免试攻读研究生</w:t>
      </w:r>
    </w:p>
    <w:p>
      <w:r>
        <w:t>综合考核名单公示</w:t>
      </w:r>
    </w:p>
    <w:p>
      <w:r>
        <w:t>公示期：十个工作日（ 2026年8月13日至8月26日 ）</w:t>
      </w:r>
    </w:p>
    <w:p>
      <w:r>
        <w:t>清华大学人工智能学院2027年接收优秀应届本科毕业生免试攻读研究生入围综合考核的名单已确定，现公布如下：</w:t>
      </w:r>
    </w:p>
    <w:p>
      <w:r>
        <w:t>报名号</w:t>
      </w:r>
    </w:p>
    <w:p>
      <w:r>
        <w:t>姓名</w:t>
      </w:r>
    </w:p>
    <w:p>
      <w:r>
        <w:t>备注</w:t>
      </w:r>
    </w:p>
    <w:p>
      <w:r>
        <w:t>20272400002</w:t>
      </w:r>
    </w:p>
    <w:p>
      <w:r>
        <w:t>郑心舟</w:t>
      </w:r>
    </w:p>
    <w:p>
      <w:r>
        <w:t>20272400015</w:t>
      </w:r>
    </w:p>
    <w:p>
      <w:r>
        <w:t>冯元宁</w:t>
      </w:r>
    </w:p>
    <w:p>
      <w:r>
        <w:t>20272400042</w:t>
      </w:r>
    </w:p>
    <w:p>
      <w:r>
        <w:t>高东杭</w:t>
      </w:r>
    </w:p>
    <w:p>
      <w:r>
        <w:t>20272400132</w:t>
      </w:r>
    </w:p>
    <w:p>
      <w:r>
        <w:t>刘玥彤</w:t>
      </w:r>
    </w:p>
    <w:p>
      <w:r>
        <w:t>20272400183</w:t>
      </w:r>
    </w:p>
    <w:p>
      <w:r>
        <w:t>林濯</w:t>
      </w:r>
    </w:p>
    <w:p>
      <w:r>
        <w:t>20272400202</w:t>
      </w:r>
    </w:p>
    <w:p>
      <w:r>
        <w:t>周哲昊</w:t>
      </w:r>
    </w:p>
    <w:p>
      <w:r>
        <w:t>20272400216</w:t>
      </w:r>
    </w:p>
    <w:p>
      <w:r>
        <w:t>马洪博</w:t>
      </w:r>
    </w:p>
    <w:p>
      <w:r>
        <w:t>20272400228</w:t>
      </w:r>
    </w:p>
    <w:p>
      <w:r>
        <w:t>吴俊豪</w:t>
      </w:r>
    </w:p>
    <w:p>
      <w:r>
        <w:t>20272400246</w:t>
      </w:r>
    </w:p>
    <w:p>
      <w:r>
        <w:t>王一然</w:t>
      </w:r>
    </w:p>
    <w:p>
      <w:r>
        <w:t>20272400292</w:t>
      </w:r>
    </w:p>
    <w:p>
      <w:r>
        <w:t>王一鸣</w:t>
      </w:r>
    </w:p>
    <w:p>
      <w:r>
        <w:t>20272400300</w:t>
      </w:r>
    </w:p>
    <w:p>
      <w:r>
        <w:t>赵博浩</w:t>
      </w:r>
    </w:p>
    <w:p>
      <w:r>
        <w:t>20272400333</w:t>
      </w:r>
    </w:p>
    <w:p>
      <w:r>
        <w:t>陆颖熙</w:t>
      </w:r>
    </w:p>
    <w:p>
      <w:r>
        <w:t>20272400385</w:t>
      </w:r>
    </w:p>
    <w:p>
      <w:r>
        <w:t>陈遵皓</w:t>
      </w:r>
    </w:p>
    <w:p>
      <w:r>
        <w:t>20272400422</w:t>
      </w:r>
    </w:p>
    <w:p>
      <w:r>
        <w:t>龙键铭</w:t>
      </w:r>
    </w:p>
    <w:p>
      <w:r>
        <w:t>20272400440</w:t>
      </w:r>
    </w:p>
    <w:p>
      <w:r>
        <w:t>高天赐</w:t>
      </w:r>
    </w:p>
    <w:p>
      <w:r>
        <w:t>20272400533</w:t>
      </w:r>
    </w:p>
    <w:p>
      <w:r>
        <w:t>吴家欣</w:t>
      </w:r>
    </w:p>
    <w:p>
      <w:r>
        <w:t>20272400535</w:t>
      </w:r>
    </w:p>
    <w:p>
      <w:r>
        <w:t>吴泽坤</w:t>
      </w:r>
    </w:p>
    <w:p>
      <w:r>
        <w:t>20272400710</w:t>
      </w:r>
    </w:p>
    <w:p>
      <w:r>
        <w:t>王维邦</w:t>
      </w:r>
    </w:p>
    <w:p>
      <w:r>
        <w:t>20272400721</w:t>
      </w:r>
    </w:p>
    <w:p>
      <w:r>
        <w:t>郭家和</w:t>
      </w:r>
    </w:p>
    <w:p>
      <w:r>
        <w:t>20272400847</w:t>
      </w:r>
    </w:p>
    <w:p>
      <w:r>
        <w:t>徐文昕</w:t>
      </w:r>
    </w:p>
    <w:p>
      <w:r>
        <w:t>20272400861</w:t>
      </w:r>
    </w:p>
    <w:p>
      <w:r>
        <w:t>符宇涵</w:t>
      </w:r>
    </w:p>
    <w:p>
      <w:r>
        <w:t>20272400894</w:t>
      </w:r>
    </w:p>
    <w:p>
      <w:r>
        <w:t>曾宸</w:t>
      </w:r>
    </w:p>
    <w:p>
      <w:r>
        <w:t>20272400957</w:t>
      </w:r>
    </w:p>
    <w:p>
      <w:r>
        <w:t>李想</w:t>
      </w:r>
    </w:p>
    <w:p>
      <w:r>
        <w:t>20272401199</w:t>
      </w:r>
    </w:p>
    <w:p>
      <w:r>
        <w:t>刘景琨</w:t>
      </w:r>
    </w:p>
    <w:p>
      <w:r>
        <w:t>20272401403</w:t>
      </w:r>
    </w:p>
    <w:p>
      <w:r>
        <w:t>王冠喆</w:t>
      </w:r>
    </w:p>
    <w:p>
      <w:r>
        <w:t>20272401607</w:t>
      </w:r>
    </w:p>
    <w:p>
      <w:r>
        <w:t>卢羿舟</w:t>
      </w:r>
    </w:p>
    <w:p>
      <w:r>
        <w:t>20272401619</w:t>
      </w:r>
    </w:p>
    <w:p>
      <w:r>
        <w:t>秦祉恺</w:t>
      </w:r>
    </w:p>
    <w:p>
      <w:r>
        <w:t>20272401726</w:t>
      </w:r>
    </w:p>
    <w:p>
      <w:r>
        <w:t>许子诺</w:t>
      </w:r>
    </w:p>
    <w:p>
      <w:r>
        <w:t>20272401794</w:t>
      </w:r>
    </w:p>
    <w:p>
      <w:r>
        <w:t>邱子浩</w:t>
      </w:r>
    </w:p>
    <w:p>
      <w:r>
        <w:t>20272401841</w:t>
      </w:r>
    </w:p>
    <w:p>
      <w:r>
        <w:t>朱思邈</w:t>
      </w:r>
    </w:p>
    <w:p>
      <w:r>
        <w:t>20272401882</w:t>
      </w:r>
    </w:p>
    <w:p>
      <w:r>
        <w:t>高远</w:t>
      </w:r>
    </w:p>
    <w:p>
      <w:r>
        <w:t>20272401923</w:t>
      </w:r>
    </w:p>
    <w:p>
      <w:r>
        <w:t>贾瑞轩</w:t>
      </w:r>
    </w:p>
    <w:p>
      <w:r>
        <w:t>20272401980</w:t>
      </w:r>
    </w:p>
    <w:p>
      <w:r>
        <w:t>杨承翰</w:t>
      </w:r>
    </w:p>
    <w:p>
      <w:r>
        <w:t>20272401996</w:t>
      </w:r>
    </w:p>
    <w:p>
      <w:r>
        <w:t>徐梓鸣</w:t>
      </w:r>
    </w:p>
    <w:p>
      <w:r>
        <w:t>20272402081</w:t>
      </w:r>
    </w:p>
    <w:p>
      <w:r>
        <w:t>王宇行</w:t>
      </w:r>
    </w:p>
    <w:p>
      <w:r>
        <w:t>20272402118</w:t>
      </w:r>
    </w:p>
    <w:p>
      <w:r>
        <w:t>徐翊凯</w:t>
      </w:r>
    </w:p>
    <w:p>
      <w:r>
        <w:t>20272402167</w:t>
      </w:r>
    </w:p>
    <w:p>
      <w:r>
        <w:t>褚轩宇</w:t>
      </w:r>
    </w:p>
    <w:p>
      <w:r>
        <w:t>20272402252</w:t>
      </w:r>
    </w:p>
    <w:p>
      <w:r>
        <w:t>汪小轶</w:t>
      </w:r>
    </w:p>
    <w:p>
      <w:r>
        <w:t>20272402321</w:t>
      </w:r>
    </w:p>
    <w:p>
      <w:r>
        <w:t>孙祥坤</w:t>
      </w:r>
    </w:p>
    <w:p>
      <w:r>
        <w:t>20272402348</w:t>
      </w:r>
    </w:p>
    <w:p>
      <w:r>
        <w:t>张逊</w:t>
      </w:r>
    </w:p>
    <w:p>
      <w:r>
        <w:t>20272402358</w:t>
      </w:r>
    </w:p>
    <w:p>
      <w:r>
        <w:t>曾灵杰</w:t>
      </w:r>
    </w:p>
    <w:p>
      <w:r>
        <w:t>20272402432</w:t>
      </w:r>
    </w:p>
    <w:p>
      <w:r>
        <w:t>刘睿韬</w:t>
      </w:r>
    </w:p>
    <w:p>
      <w:r>
        <w:t>20272402542</w:t>
      </w:r>
    </w:p>
    <w:p>
      <w:r>
        <w:t>戴俊杰</w:t>
      </w:r>
    </w:p>
    <w:p>
      <w:r>
        <w:t>20272402584</w:t>
      </w:r>
    </w:p>
    <w:p>
      <w:r>
        <w:t>杜雨桥</w:t>
      </w:r>
    </w:p>
    <w:p>
      <w:r>
        <w:t>20272402679</w:t>
      </w:r>
    </w:p>
    <w:p>
      <w:r>
        <w:t>戚文宇</w:t>
      </w:r>
    </w:p>
    <w:p>
      <w:r>
        <w:t>20272402764</w:t>
      </w:r>
    </w:p>
    <w:p>
      <w:r>
        <w:t>张博</w:t>
      </w:r>
    </w:p>
    <w:p>
      <w:r>
        <w:t>20272402773</w:t>
      </w:r>
    </w:p>
    <w:p>
      <w:r>
        <w:t>雷典桥</w:t>
      </w:r>
    </w:p>
    <w:p>
      <w:r>
        <w:t>20272402935</w:t>
      </w:r>
    </w:p>
    <w:p>
      <w:r>
        <w:t>柳絮源</w:t>
      </w:r>
    </w:p>
    <w:p>
      <w:r>
        <w:t>20272403056</w:t>
      </w:r>
    </w:p>
    <w:p>
      <w:r>
        <w:t>谢轩奕</w:t>
      </w:r>
    </w:p>
    <w:p>
      <w:r>
        <w:t>20272403163</w:t>
      </w:r>
    </w:p>
    <w:p>
      <w:r>
        <w:t>戎胤泽</w:t>
      </w:r>
    </w:p>
    <w:p>
      <w:r>
        <w:t>20272403296</w:t>
      </w:r>
    </w:p>
    <w:p>
      <w:r>
        <w:t>贾均灏</w:t>
      </w:r>
    </w:p>
    <w:p>
      <w:r>
        <w:t>20272403343</w:t>
      </w:r>
    </w:p>
    <w:p>
      <w:r>
        <w:t>褚砺耘</w:t>
      </w:r>
    </w:p>
    <w:p>
      <w:r>
        <w:t>20272403623</w:t>
      </w:r>
    </w:p>
    <w:p>
      <w:r>
        <w:t>贾浩哲</w:t>
      </w:r>
    </w:p>
    <w:p>
      <w:r>
        <w:t>20272403754</w:t>
      </w:r>
    </w:p>
    <w:p>
      <w:r>
        <w:t>孙思睿</w:t>
      </w:r>
    </w:p>
    <w:p>
      <w:r>
        <w:t>20272403780</w:t>
      </w:r>
    </w:p>
    <w:p>
      <w:r>
        <w:t>陈浩瑞</w:t>
      </w:r>
    </w:p>
    <w:p>
      <w:r>
        <w:t>20272403871</w:t>
      </w:r>
    </w:p>
    <w:p>
      <w:r>
        <w:t>黄嘉豪</w:t>
      </w:r>
    </w:p>
    <w:p>
      <w:r>
        <w:t>20272403887</w:t>
      </w:r>
    </w:p>
    <w:p>
      <w:r>
        <w:t>涂晋喆</w:t>
      </w:r>
    </w:p>
    <w:p>
      <w:r>
        <w:t>20272403928</w:t>
      </w:r>
    </w:p>
    <w:p>
      <w:r>
        <w:t>刘畅</w:t>
      </w:r>
    </w:p>
    <w:p>
      <w:r>
        <w:t>20272404103</w:t>
      </w:r>
    </w:p>
    <w:p>
      <w:r>
        <w:t>高可隽</w:t>
      </w:r>
    </w:p>
    <w:p>
      <w:r>
        <w:t>20272404237</w:t>
      </w:r>
    </w:p>
    <w:p>
      <w:r>
        <w:t>张宁浩</w:t>
      </w:r>
    </w:p>
    <w:p>
      <w:r>
        <w:t>20272404282</w:t>
      </w:r>
    </w:p>
    <w:p>
      <w:r>
        <w:t>罗天择</w:t>
      </w:r>
    </w:p>
    <w:p>
      <w:r>
        <w:t>20272404289</w:t>
      </w:r>
    </w:p>
    <w:p>
      <w:r>
        <w:t>左逸龙</w:t>
      </w:r>
    </w:p>
    <w:p>
      <w:r>
        <w:t>20272404320</w:t>
      </w:r>
    </w:p>
    <w:p>
      <w:r>
        <w:t>郑植匀</w:t>
      </w:r>
    </w:p>
    <w:p>
      <w:r>
        <w:t>20272404363</w:t>
      </w:r>
    </w:p>
    <w:p>
      <w:r>
        <w:t>曹俊峰</w:t>
      </w:r>
    </w:p>
    <w:p>
      <w:r>
        <w:t>20272404363</w:t>
      </w:r>
    </w:p>
    <w:p>
      <w:r>
        <w:t>曹俊峰</w:t>
      </w:r>
    </w:p>
    <w:p>
      <w:r>
        <w:t>20272404457</w:t>
      </w:r>
    </w:p>
    <w:p>
      <w:r>
        <w:t>刘梓维</w:t>
      </w:r>
    </w:p>
    <w:p>
      <w:r>
        <w:t>20272404494</w:t>
      </w:r>
    </w:p>
    <w:p>
      <w:r>
        <w:t>吴承儒</w:t>
      </w:r>
    </w:p>
    <w:p>
      <w:r>
        <w:t>20272404794</w:t>
      </w:r>
    </w:p>
    <w:p>
      <w:r>
        <w:t>陶旦华</w:t>
      </w:r>
    </w:p>
    <w:p>
      <w:r>
        <w:t>20272404839</w:t>
      </w:r>
    </w:p>
    <w:p>
      <w:r>
        <w:t>罗雪蘅</w:t>
      </w:r>
    </w:p>
    <w:p>
      <w:r>
        <w:t>20272405022</w:t>
      </w:r>
    </w:p>
    <w:p>
      <w:r>
        <w:t>赵宗霖</w:t>
      </w:r>
    </w:p>
    <w:p>
      <w:r>
        <w:t>20272405096</w:t>
      </w:r>
    </w:p>
    <w:p>
      <w:r>
        <w:t>赵佳彤</w:t>
      </w:r>
    </w:p>
    <w:p>
      <w:r>
        <w:t>20272405129</w:t>
      </w:r>
    </w:p>
    <w:p>
      <w:r>
        <w:t>田向晨</w:t>
      </w:r>
    </w:p>
    <w:p>
      <w:r>
        <w:t>20272405367</w:t>
      </w:r>
    </w:p>
    <w:p>
      <w:r>
        <w:t>胡奕诚</w:t>
      </w:r>
    </w:p>
    <w:p>
      <w:r>
        <w:t>20272405545</w:t>
      </w:r>
    </w:p>
    <w:p>
      <w:r>
        <w:t>杨荟会</w:t>
      </w:r>
    </w:p>
    <w:p>
      <w:r>
        <w:t>20272405717</w:t>
      </w:r>
    </w:p>
    <w:p>
      <w:r>
        <w:t>李嘉欣</w:t>
      </w:r>
    </w:p>
    <w:p>
      <w:r>
        <w:t>20272405855</w:t>
      </w:r>
    </w:p>
    <w:p>
      <w:r>
        <w:t>王泊</w:t>
      </w:r>
    </w:p>
    <w:p>
      <w:r>
        <w:t>20272406078</w:t>
      </w:r>
    </w:p>
    <w:p>
      <w:r>
        <w:t>沈玏</w:t>
      </w:r>
    </w:p>
    <w:p>
      <w:r>
        <w:t>20272406090</w:t>
      </w:r>
    </w:p>
    <w:p>
      <w:r>
        <w:t>江上云</w:t>
      </w:r>
    </w:p>
    <w:p>
      <w:r>
        <w:t>20272406189</w:t>
      </w:r>
    </w:p>
    <w:p>
      <w:r>
        <w:t>刘稼祺</w:t>
      </w:r>
    </w:p>
    <w:p>
      <w:r>
        <w:t>20272406438</w:t>
      </w:r>
    </w:p>
    <w:p>
      <w:r>
        <w:t>赵尚子祺</w:t>
      </w:r>
    </w:p>
    <w:p>
      <w:r>
        <w:t>20272406514</w:t>
      </w:r>
    </w:p>
    <w:p>
      <w:r>
        <w:t>王元鸿</w:t>
      </w:r>
    </w:p>
    <w:p>
      <w:r>
        <w:t>20272406551</w:t>
      </w:r>
    </w:p>
    <w:p>
      <w:r>
        <w:t>冯卓卡</w:t>
      </w:r>
    </w:p>
    <w:p>
      <w:r>
        <w:t>20272406819</w:t>
      </w:r>
    </w:p>
    <w:p>
      <w:r>
        <w:t>任浩天</w:t>
      </w:r>
    </w:p>
    <w:p>
      <w:r>
        <w:t>20272406836</w:t>
      </w:r>
    </w:p>
    <w:p>
      <w:r>
        <w:t>许洋鸣</w:t>
      </w:r>
    </w:p>
    <w:p>
      <w:r>
        <w:t>20272407234</w:t>
      </w:r>
    </w:p>
    <w:p>
      <w:r>
        <w:t>斯奕恺</w:t>
      </w:r>
    </w:p>
    <w:p>
      <w:r>
        <w:t>20272407246</w:t>
      </w:r>
    </w:p>
    <w:p>
      <w:r>
        <w:t>刘晓萌</w:t>
      </w:r>
    </w:p>
    <w:p>
      <w:r>
        <w:t>20272407325</w:t>
      </w:r>
    </w:p>
    <w:p>
      <w:r>
        <w:t>张霆轩</w:t>
      </w:r>
    </w:p>
    <w:p>
      <w:r>
        <w:t>20272407337</w:t>
      </w:r>
    </w:p>
    <w:p>
      <w:r>
        <w:t>王子轩</w:t>
      </w:r>
    </w:p>
    <w:p>
      <w:r>
        <w:t>20272407361</w:t>
      </w:r>
    </w:p>
    <w:p>
      <w:r>
        <w:t>朴东旭</w:t>
      </w:r>
    </w:p>
    <w:p>
      <w:r>
        <w:t>20272407418</w:t>
      </w:r>
    </w:p>
    <w:p>
      <w:r>
        <w:t>廖浩然</w:t>
      </w:r>
    </w:p>
    <w:p>
      <w:r>
        <w:t>20272407520</w:t>
      </w:r>
    </w:p>
    <w:p>
      <w:r>
        <w:t>袁新皓</w:t>
      </w:r>
    </w:p>
    <w:p>
      <w:r>
        <w:t>20272407659</w:t>
      </w:r>
    </w:p>
    <w:p>
      <w:r>
        <w:t>邵友博</w:t>
      </w:r>
    </w:p>
    <w:p>
      <w:r>
        <w:t>20272407719</w:t>
      </w:r>
    </w:p>
    <w:p>
      <w:r>
        <w:t>武文杰</w:t>
      </w:r>
    </w:p>
    <w:p>
      <w:r>
        <w:t>20272407850</w:t>
      </w:r>
    </w:p>
    <w:p>
      <w:r>
        <w:t>赵睿</w:t>
      </w:r>
    </w:p>
    <w:p>
      <w:r>
        <w:t>20272407857</w:t>
      </w:r>
    </w:p>
    <w:p>
      <w:r>
        <w:t>陈奕帆</w:t>
      </w:r>
    </w:p>
    <w:p>
      <w:r>
        <w:t>20272407924</w:t>
      </w:r>
    </w:p>
    <w:p>
      <w:r>
        <w:t>孙中伟</w:t>
      </w:r>
    </w:p>
    <w:p>
      <w:r>
        <w:t>20272408183</w:t>
      </w:r>
    </w:p>
    <w:p>
      <w:r>
        <w:t>张誉翔</w:t>
      </w:r>
    </w:p>
    <w:p>
      <w:r>
        <w:t>20272408194</w:t>
      </w:r>
    </w:p>
    <w:p>
      <w:r>
        <w:t>蔡培亮</w:t>
      </w:r>
    </w:p>
    <w:p>
      <w:r>
        <w:t>20272408439</w:t>
      </w:r>
    </w:p>
    <w:p>
      <w:r>
        <w:t>张皓然</w:t>
      </w:r>
    </w:p>
    <w:p>
      <w:r>
        <w:t>20272408480</w:t>
      </w:r>
    </w:p>
    <w:p>
      <w:r>
        <w:t>田昊霖</w:t>
      </w:r>
    </w:p>
    <w:p>
      <w:r>
        <w:t>20272408554</w:t>
      </w:r>
    </w:p>
    <w:p>
      <w:r>
        <w:t>徐羿涵</w:t>
      </w:r>
    </w:p>
    <w:p>
      <w:r>
        <w:t>20272408676</w:t>
      </w:r>
    </w:p>
    <w:p>
      <w:r>
        <w:t>赵铭远</w:t>
      </w:r>
    </w:p>
    <w:p>
      <w:r>
        <w:t>20272408927</w:t>
      </w:r>
    </w:p>
    <w:p>
      <w:r>
        <w:t>王英泽</w:t>
      </w:r>
    </w:p>
    <w:p>
      <w:r>
        <w:t>20272408978</w:t>
      </w:r>
    </w:p>
    <w:p>
      <w:r>
        <w:t>汪馨瞳</w:t>
      </w:r>
    </w:p>
    <w:p>
      <w:r>
        <w:t>20272409134</w:t>
      </w:r>
    </w:p>
    <w:p>
      <w:r>
        <w:t>官恺祺</w:t>
      </w:r>
    </w:p>
    <w:p>
      <w:r>
        <w:t>20272409160</w:t>
      </w:r>
    </w:p>
    <w:p>
      <w:r>
        <w:t>郭绍阳</w:t>
      </w:r>
    </w:p>
    <w:p>
      <w:r>
        <w:t>20272409282</w:t>
      </w:r>
    </w:p>
    <w:p>
      <w:r>
        <w:t>胡圣和</w:t>
      </w:r>
    </w:p>
    <w:p>
      <w:r>
        <w:t>20272409282</w:t>
      </w:r>
    </w:p>
    <w:p>
      <w:r>
        <w:t>胡圣和</w:t>
      </w:r>
    </w:p>
    <w:p>
      <w:r>
        <w:t>20272409416</w:t>
      </w:r>
    </w:p>
    <w:p>
      <w:r>
        <w:t>刘海天</w:t>
      </w:r>
    </w:p>
    <w:p>
      <w:r>
        <w:t>20272409603</w:t>
      </w:r>
    </w:p>
    <w:p>
      <w:r>
        <w:t>李润宇</w:t>
      </w:r>
    </w:p>
    <w:p>
      <w:r>
        <w:t>20272409747</w:t>
      </w:r>
    </w:p>
    <w:p>
      <w:r>
        <w:t>任梓瑞</w:t>
      </w:r>
    </w:p>
    <w:p>
      <w:r>
        <w:t>20272409772</w:t>
      </w:r>
    </w:p>
    <w:p>
      <w:r>
        <w:t>吴伟铭</w:t>
      </w:r>
    </w:p>
    <w:p>
      <w:r>
        <w:t>20272410435</w:t>
      </w:r>
    </w:p>
    <w:p>
      <w:r>
        <w:t>芮煜涵</w:t>
      </w:r>
    </w:p>
    <w:p>
      <w:r>
        <w:t>20272410818</w:t>
      </w:r>
    </w:p>
    <w:p>
      <w:r>
        <w:t>周天行</w:t>
      </w:r>
    </w:p>
    <w:p>
      <w:r>
        <w:t>20272411233</w:t>
      </w:r>
    </w:p>
    <w:p>
      <w:r>
        <w:t>卿晨</w:t>
      </w:r>
    </w:p>
    <w:p>
      <w:r>
        <w:t>20272411294</w:t>
      </w:r>
    </w:p>
    <w:p>
      <w:r>
        <w:t>赵鸿彦</w:t>
      </w:r>
    </w:p>
    <w:p>
      <w:r>
        <w:t>20272411531</w:t>
      </w:r>
    </w:p>
    <w:p>
      <w:r>
        <w:t>郑德泓</w:t>
      </w:r>
    </w:p>
    <w:p>
      <w:r>
        <w:t>20272411544</w:t>
      </w:r>
    </w:p>
    <w:p>
      <w:r>
        <w:t>王之略</w:t>
      </w:r>
    </w:p>
    <w:p>
      <w:r>
        <w:t>20272411614</w:t>
      </w:r>
    </w:p>
    <w:p>
      <w:r>
        <w:t>邹迦音</w:t>
      </w:r>
    </w:p>
    <w:p>
      <w:r>
        <w:t>20272411614</w:t>
      </w:r>
    </w:p>
    <w:p>
      <w:r>
        <w:t>邹迦音</w:t>
      </w:r>
    </w:p>
    <w:p>
      <w:r>
        <w:t>20272411659</w:t>
      </w:r>
    </w:p>
    <w:p>
      <w:r>
        <w:t>曹露凡</w:t>
      </w:r>
    </w:p>
    <w:p>
      <w:r>
        <w:t>20272411958</w:t>
      </w:r>
    </w:p>
    <w:p>
      <w:r>
        <w:t>许特浪</w:t>
      </w:r>
    </w:p>
    <w:p>
      <w:r>
        <w:t>20272412363</w:t>
      </w:r>
    </w:p>
    <w:p>
      <w:r>
        <w:t>胡延</w:t>
      </w:r>
    </w:p>
    <w:p>
      <w:r>
        <w:t>20272412651</w:t>
      </w:r>
    </w:p>
    <w:p>
      <w:r>
        <w:t>张轶程</w:t>
      </w:r>
    </w:p>
    <w:p>
      <w:r>
        <w:t>20272412948</w:t>
      </w:r>
    </w:p>
    <w:p>
      <w:r>
        <w:t>杨载文</w:t>
      </w:r>
    </w:p>
    <w:p>
      <w:r>
        <w:t>20272414008</w:t>
      </w:r>
    </w:p>
    <w:p>
      <w:r>
        <w:t>刘曜玮</w:t>
      </w:r>
    </w:p>
    <w:p>
      <w:r>
        <w:t>20272414130</w:t>
      </w:r>
    </w:p>
    <w:p>
      <w:r>
        <w:t>杨憬晗</w:t>
      </w:r>
    </w:p>
    <w:p>
      <w:r>
        <w:t>20272414309</w:t>
      </w:r>
    </w:p>
    <w:p>
      <w:r>
        <w:t>唐精虹</w:t>
      </w:r>
    </w:p>
    <w:p>
      <w:r>
        <w:t>20272415487</w:t>
      </w:r>
    </w:p>
    <w:p>
      <w:r>
        <w:t>黄政</w:t>
      </w:r>
    </w:p>
    <w:p>
      <w:r>
        <w:t>20272415995</w:t>
      </w:r>
    </w:p>
    <w:p>
      <w:r>
        <w:t>曹佳诺</w:t>
      </w:r>
    </w:p>
    <w:p>
      <w:r>
        <w:t>20272416523</w:t>
      </w:r>
    </w:p>
    <w:p>
      <w:r>
        <w:t>金加康</w:t>
      </w:r>
    </w:p>
    <w:p>
      <w:r>
        <w:t>20272416905</w:t>
      </w:r>
    </w:p>
    <w:p>
      <w:r>
        <w:t>张世宁</w:t>
      </w:r>
    </w:p>
    <w:p>
      <w:r>
        <w:t>20272417130</w:t>
      </w:r>
    </w:p>
    <w:p>
      <w:r>
        <w:t>颜子俊</w:t>
      </w:r>
    </w:p>
    <w:p>
      <w:r>
        <w:t>20272417453</w:t>
      </w:r>
    </w:p>
    <w:p>
      <w:r>
        <w:t>王浩旭</w:t>
      </w:r>
    </w:p>
    <w:p>
      <w:r>
        <w:t>20272417753</w:t>
      </w:r>
    </w:p>
    <w:p>
      <w:r>
        <w:t>李峥</w:t>
      </w:r>
    </w:p>
    <w:p>
      <w:r>
        <w:t>20272418047</w:t>
      </w:r>
    </w:p>
    <w:p>
      <w:r>
        <w:t>冯炜棋</w:t>
      </w:r>
    </w:p>
    <w:p>
      <w:r>
        <w:t>20272418723</w:t>
      </w:r>
    </w:p>
    <w:p>
      <w:r>
        <w:t>赵一彤</w:t>
      </w:r>
    </w:p>
    <w:p>
      <w:r>
        <w:t>20272419790</w:t>
      </w:r>
    </w:p>
    <w:p>
      <w:r>
        <w:t>邹顺戈</w:t>
      </w:r>
    </w:p>
    <w:p>
      <w:r>
        <w:t>20272421494</w:t>
      </w:r>
    </w:p>
    <w:p>
      <w:r>
        <w:t>胡夏玮</w:t>
      </w:r>
    </w:p>
    <w:p>
      <w:r>
        <w:t>20272421744</w:t>
      </w:r>
    </w:p>
    <w:p>
      <w:r>
        <w:t>黄天笑</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