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管理学院2026年优秀应届本科生免试攻读硕士学位研究生拟推荐名单公示</w:t>
      </w:r>
    </w:p>
    <w:p>
      <w:r>
        <w:t>发布时间：2025年9月4日</w:t>
      </w:r>
    </w:p>
    <w:p>
      <w:r>
        <w:t>来源URL：https://glxy.zmu.edu.cn/info/1146/3803.htm</w:t>
      </w:r>
    </w:p>
    <w:p>
      <w:r>
        <w:t>========================================</w:t>
      </w:r>
    </w:p>
    <w:p>
      <w:r>
        <w:t>&gt;</w:t>
      </w:r>
    </w:p>
    <w:p>
      <w:r>
        <w:t>按照《管理学院2026年推荐优秀应届本科生免试攻读硕士学位研究生工作方案》，经管理学院2026届推免生遴选工作小组严格评审，现将拟推荐学生相关信息公示如下：</w:t>
      </w:r>
    </w:p>
    <w:p>
      <w:r>
        <w:t>公示时间2025年9月4日起至2025年9月8日（公示期3个工作日）。公示期间，群众可来电、来信、来访，反映以上学生存在的问题，反映问题应实事求是、客观公正，推免生遴选工作小组将对反映人和反映问题严格保密，对所反映问题调查核实，弄清事实真相，并以适当方式向反映人反馈。</w:t>
      </w:r>
    </w:p>
    <w:p>
      <w:r>
        <w:t>联系电话：0851-28643939</w:t>
      </w:r>
    </w:p>
    <w:p>
      <w:r>
        <w:t>来信地址：遵义医科大学管理学院</w:t>
      </w:r>
    </w:p>
    <w:p>
      <w:r>
        <w:t>遵义医科大学管理学院</w:t>
      </w:r>
    </w:p>
    <w:p>
      <w:r>
        <w:t>2025年9月4日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