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关于公布广州中医药大学第一临床医学院2026年第二轮接收推免生复试名单的通知-广州中医药大学第一临床医学院</w:t>
      </w:r>
    </w:p>
    <w:p>
      <w:r>
        <w:t>﻿</w:t>
      </w:r>
    </w:p>
    <w:p>
      <w:r>
        <w:t>首页</w:t>
      </w:r>
    </w:p>
    <w:p>
      <w:r>
        <w:t>学院概况</w:t>
      </w:r>
    </w:p>
    <w:p>
      <w:r>
        <w:t>本科教务</w:t>
      </w:r>
    </w:p>
    <w:p>
      <w:r>
        <w:t>研究生教务</w:t>
      </w:r>
    </w:p>
    <w:p>
      <w:r>
        <w:t>学生工作</w:t>
      </w:r>
    </w:p>
    <w:p>
      <w:r>
        <w:t>优秀教师评选</w:t>
      </w:r>
    </w:p>
    <w:p>
      <w:r>
        <w:t>大学生学习指导</w:t>
      </w:r>
    </w:p>
    <w:p>
      <w:r>
        <w:t>教学论坛</w:t>
      </w:r>
    </w:p>
    <w:p>
      <w:r>
        <w:t>伦理审查</w:t>
      </w:r>
    </w:p>
    <w:p>
      <w:r>
        <w:t>学院简介</w:t>
      </w:r>
    </w:p>
    <w:p>
      <w:r>
        <w:t>职能部门</w:t>
      </w:r>
    </w:p>
    <w:p>
      <w:r>
        <w:t>师资队伍</w:t>
      </w:r>
    </w:p>
    <w:p>
      <w:r>
        <w:t>教学成果</w:t>
      </w:r>
    </w:p>
    <w:p>
      <w:r>
        <w:t>通知公告</w:t>
      </w:r>
    </w:p>
    <w:p>
      <w:r>
        <w:t>课程教学评估</w:t>
      </w:r>
    </w:p>
    <w:p>
      <w:r>
        <w:t>PBL教学</w:t>
      </w:r>
    </w:p>
    <w:p>
      <w:r>
        <w:t>表格下载</w:t>
      </w:r>
    </w:p>
    <w:p>
      <w:r>
        <w:t>通知公告</w:t>
      </w:r>
    </w:p>
    <w:p>
      <w:r>
        <w:t>学术科研交流</w:t>
      </w:r>
    </w:p>
    <w:p>
      <w:r>
        <w:t>表格下载</w:t>
      </w:r>
    </w:p>
    <w:p>
      <w:r>
        <w:t>奖贷助学</w:t>
      </w:r>
    </w:p>
    <w:p>
      <w:r>
        <w:t>党团建设</w:t>
      </w:r>
    </w:p>
    <w:p>
      <w:r>
        <w:t>科研学术</w:t>
      </w:r>
    </w:p>
    <w:p>
      <w:r>
        <w:t>心灵之约</w:t>
      </w:r>
    </w:p>
    <w:p>
      <w:r>
        <w:t>优秀教师评选</w:t>
      </w:r>
    </w:p>
    <w:p>
      <w:r>
        <w:t>大学生学习指导</w:t>
      </w:r>
    </w:p>
    <w:p>
      <w:r>
        <w:t>教学论坛</w:t>
      </w:r>
    </w:p>
    <w:p>
      <w:r>
        <w:t>通知公告</w:t>
      </w:r>
    </w:p>
    <w:p>
      <w:r>
        <w:t>伦理法规</w:t>
      </w:r>
    </w:p>
    <w:p>
      <w:r>
        <w:t>资料下载</w:t>
      </w:r>
    </w:p>
    <w:p>
      <w:r>
        <w:t>今天是：</w:t>
      </w:r>
    </w:p>
    <w:p>
      <w:r>
        <w:t>文章内容</w:t>
      </w:r>
    </w:p>
    <w:p>
      <w:r>
        <w:t>当前位置：</w:t>
      </w:r>
    </w:p>
    <w:p>
      <w:r>
        <w:t>首页&gt;&gt;研究生教务&gt;&gt;通知公告&gt;&gt;正文</w:t>
      </w:r>
    </w:p>
    <w:p>
      <w:r>
        <w:t>关于公布广州中医药大学第一临床医学院2026年第二轮接收推免生复试名单的通知</w:t>
      </w:r>
    </w:p>
    <w:p>
      <w:r>
        <w:t>2025年10月09日 15:43 点击：[ ]</w:t>
      </w:r>
    </w:p>
    <w:p>
      <w:r>
        <w:t>各相关考生：</w:t>
      </w:r>
    </w:p>
    <w:p>
      <w:r>
        <w:t>经个人申报、资料审核，现公布我院2026年第二轮接收推免生复试名单（详见附件）。请各考生按照复试安排按时参加复试，复试时间拟为10月13日，各专业具体复试的时间和地点，请关注后续通知。特别提醒，若考生所填报志愿的复试时间安排存在冲突，考生需自行选择参加复试的场次。</w:t>
      </w:r>
    </w:p>
    <w:p>
      <w:r>
        <w:t>广州中医药大学第一临床医学院</w:t>
      </w:r>
    </w:p>
    <w:p>
      <w:r>
        <w:t>2025年10月9日</w:t>
      </w:r>
    </w:p>
    <w:p>
      <w:r>
        <w:t>附件：第一临床医学院2026年第二轮接收推免生复试名单</w:t>
      </w:r>
    </w:p>
    <w:p>
      <w:r>
        <w:t>附件【附件：第一临床医学院2026年第二轮接收推免生复试名单.pdf】已下载 次</w:t>
      </w:r>
    </w:p>
    <w:p>
      <w:r>
        <w:t>上一条：关于公布广州中医药大学第一临床医学院2026年第二轮接收推免生复试安排的通知</w:t>
      </w:r>
    </w:p>
    <w:p>
      <w:r>
        <w:t>下一条：转发大学关于开展2026届毕业研究生专业课考试的通知</w:t>
      </w:r>
    </w:p>
    <w:p>
      <w:r>
        <w:t>【关闭】</w:t>
      </w:r>
    </w:p>
    <w:p>
      <w:r>
        <w:t>Copyright2016 广州中医药大学第一临床医学院 All Rights Reserved. 邮箱:web@wanmey.com 粤ICP备05002368号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