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关于公示华南理工大学2025年接收推荐免试（含强基转段）研究生名单及统考可用计划的通知</w:t>
      </w:r>
    </w:p>
    <w:p>
      <w:r>
        <w:t>关于公示华南理工大学2025年接收推荐免试（含强基转段）研究生名单及统考可用计划的通知</w:t>
      </w:r>
    </w:p>
    <w:p>
      <w:r>
        <w:t>浏览量：895</w:t>
      </w:r>
    </w:p>
    <w:p>
      <w:r>
        <w:t>关于公示华南理工大学2025年接收推荐免试（含强基转段）研究生名单及统考可用计划的通知</w:t>
      </w:r>
    </w:p>
    <w:p>
      <w:r>
        <w:t>https://yz.scut.edu.cn/2024/1024/c30111a565710/page.htm</w:t>
      </w:r>
    </w:p>
    <w:p>
      <w:r>
        <w:t>上一篇：下一篇：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