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中医学院2026届优秀应届本科毕业生免试攻读研究生预推荐名单公示</w:t>
      </w:r>
    </w:p>
    <w:p>
      <w:r>
        <w:t>发布时间：2025年9月5日</w:t>
      </w:r>
    </w:p>
    <w:p>
      <w:r>
        <w:t>来源URL：https://zy.hebeinu.edu.cn/index.php?s=/Show/index/cid/22/id/1119.html</w:t>
      </w:r>
    </w:p>
    <w:p>
      <w:r>
        <w:t>========================================</w:t>
      </w:r>
    </w:p>
    <w:p>
      <w:r>
        <w:t>中医学院2026届优秀应届本科毕业生免试攻读研究生预推荐名单公示</w:t>
      </w:r>
    </w:p>
    <w:p>
      <w:r>
        <w:t>发布时间：2025.09.05 阅读次数：2317</w:t>
      </w:r>
    </w:p>
    <w:p>
      <w:r>
        <w:t>为进一步做好我院优秀应届本科毕业生推荐免试攻读硕士研究生工作，根据学校《河北北方学院推荐优秀应届本科毕业生免试攻读研究生工作实施办法（试行）》、《关于开展2026年推荐优秀应届本科毕业生免试攻读研究生工作的通知》和《河北北方学院中医学院推荐优秀应届本科毕业生免试攻读研究生工作实施细则》文件精神，经学生本人申请，推免工作小组审定，现对中医学院2026届优秀应届本科毕业生免试攻读研究生预推荐名单（含候补名单）进行公示。</w:t>
      </w:r>
    </w:p>
    <w:p>
      <w:r>
        <w:t>公示时间为3天（自2025年9月5日至2025年9月7日）。</w:t>
      </w:r>
    </w:p>
    <w:p>
      <w:r>
        <w:t>公示期间，如有异议，请向中医学院推免工作小组反映。</w:t>
      </w:r>
    </w:p>
    <w:p>
      <w:r>
        <w:t>联系人：吴越</w:t>
      </w:r>
    </w:p>
    <w:p>
      <w:r>
        <w:t>联系电话：0313-4029221</w:t>
      </w:r>
    </w:p>
    <w:p>
      <w:r>
        <w:t>中医学院</w:t>
      </w:r>
    </w:p>
    <w:p>
      <w:r>
        <w:t>2025年9月5日</w:t>
      </w:r>
    </w:p>
    <w:p>
      <w:r>
        <w:t>加分材料.rar</w:t>
      </w:r>
    </w:p>
    <w:p>
      <w:r>
        <w:t>版权所有：河北北方学院 冀ICP备05002797号-1 院长信箱：hbbfxyzyxy@126.com</w:t>
      </w:r>
    </w:p>
    <w:p>
      <w:r>
        <w:t>地址：张家口市经开区钻石南路11号 邮政编码：075000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