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人文与传媒学院关于2026届推荐免试攻读硕士学位研究生名单的公示</w:t>
      </w:r>
    </w:p>
    <w:p>
      <w:r>
        <w:t>发布时间：2024年9月8日</w:t>
      </w:r>
    </w:p>
    <w:p>
      <w:r>
        <w:t>来源URL：https://rwcm.nbu.edu.cn/info/1113/12962.htm</w:t>
      </w:r>
    </w:p>
    <w:p>
      <w:r>
        <w:t>========================================</w:t>
      </w:r>
    </w:p>
    <w:p>
      <w:r>
        <w:t>&gt;</w:t>
      </w:r>
    </w:p>
    <w:p>
      <w:r>
        <w:t>根据《宁波大学推荐接收免试攻读研究生工作管理办法（修订版）》《关于下达宁波大学2026届推免生名额及相关工</w:t>
      </w:r>
    </w:p>
    <w:p>
      <w:r>
        <w:t>作要求的通知》《宁波大学人文与传媒学院2026届推荐免试攻读硕士学位研究生工作实施细则》等文件要求，经学院</w:t>
      </w:r>
    </w:p>
    <w:p>
      <w:r>
        <w:t>推荐工作小组会议审议，现将2026届推荐免试攻读硕士学位研究生名单公示如下：</w:t>
      </w:r>
    </w:p>
    <w:p>
      <w:r>
        <w:t>一、推荐名单</w:t>
      </w:r>
    </w:p>
    <w:p>
      <w:r>
        <w:t>（一）普通指标19名，按照推荐顺序排列如下：</w:t>
      </w:r>
    </w:p>
    <w:p>
      <w:r>
        <w:t>陈奕轩、叶梦思、孙鑫楠、杨烨、倪玮熠、曾心、董凯悦、胡灵俞、陈洁、王思楠、张锐琦、王一强、郑艺涵、娄航</w:t>
      </w:r>
    </w:p>
    <w:p>
      <w:r>
        <w:t>瑞、童嘉平、夏函文、朱碧瑶、应添亿、陈蓓蕾</w:t>
      </w:r>
    </w:p>
    <w:p>
      <w:r>
        <w:t>如对公示结果有异议，请向学院教务办赵老师反映。</w:t>
      </w:r>
    </w:p>
    <w:p>
      <w:r>
        <w:t>公示时间：2024年9月8日—9月10日</w:t>
      </w:r>
    </w:p>
    <w:p>
      <w:r>
        <w:t>地址：东校区10号楼217室</w:t>
      </w:r>
    </w:p>
    <w:p>
      <w:r>
        <w:t>联系电话：87600616</w:t>
      </w:r>
    </w:p>
    <w:p>
      <w:r>
        <w:t>电子信箱：zhaoli2@nbu.edu.cn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