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北京信息科技大学外国语学院 2026 年接收推免生拟录取名单（公示）</w:t>
      </w:r>
    </w:p>
    <w:p>
      <w:r>
        <w:t>发布时间：2025年9月26日</w:t>
      </w:r>
    </w:p>
    <w:p>
      <w:r>
        <w:t>来源URL：https://sfs.bistu.edu.cn/yjspy/zsdt/5dbb0a3cd4914e438ed3c8152b6e1da2.html</w:t>
      </w:r>
    </w:p>
    <w:p>
      <w:r>
        <w:t>========================================</w:t>
      </w:r>
    </w:p>
    <w:p>
      <w:r>
        <w:t>北京信息科技大学外国语学院 2026 年接收推免生拟录取名单（公示）");var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