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吉林大学廉政研究院2026年接收推荐免试攻读研究生（含直博生）复试安排及进入复试名单</w:t>
      </w:r>
    </w:p>
    <w:p>
      <w:r>
        <w:t>发布时间：2025年9月18日</w:t>
      </w:r>
    </w:p>
    <w:p>
      <w:r>
        <w:t>来源URL：http://acre.jlu.edu.cn/info/1129/2344.htm</w:t>
      </w:r>
    </w:p>
    <w:p>
      <w:r>
        <w:t>========================================</w:t>
      </w:r>
    </w:p>
    <w:p>
      <w:r>
        <w:t>&gt;</w:t>
      </w:r>
    </w:p>
    <w:p>
      <w:r>
        <w:t>一、复试方式和内容</w:t>
      </w:r>
    </w:p>
    <w:p>
      <w:r>
        <w:t>1、复试方式</w:t>
      </w:r>
    </w:p>
    <w:p>
      <w:r>
        <w:t>复试采用综合面试的方式。复试方式为现场复试，不设置线上考场。</w:t>
      </w:r>
    </w:p>
    <w:p>
      <w:r>
        <w:t>2、复试内容</w:t>
      </w:r>
    </w:p>
    <w:p>
      <w:r>
        <w:t>综合面试整体考核考生的专业素质和能力、综合素质和能力和外语听说能力。</w:t>
      </w:r>
    </w:p>
    <w:p>
      <w:r>
        <w:t>（1）专业素质和能力</w:t>
      </w:r>
    </w:p>
    <w:p>
      <w:r>
        <w:t>专业素质和能力包括：大学阶段学习情况及成绩；全面考核推免生对本学科（类别）、专业（领域）理论知识和应用技能掌握程度，利用所学理论发现、分析和解决问题的能力，对本学科（类别）发展动态的了解以及在本专业（领域）发展的能力；创新精神和创新能力。</w:t>
      </w:r>
    </w:p>
    <w:p>
      <w:r>
        <w:t>（2）综合素质和能力</w:t>
      </w:r>
    </w:p>
    <w:p>
      <w:r>
        <w:t>综合素质和能力包括：思想政治素质和品德考核，内容应包含推免生的政治态度、思想表现、道德品质、遵纪守法、诚实守信等方面；本学科（类别）专业（领域）以外的学习、科研、社会实践（学生工作、社团活动、志愿者服务等）或实际工作表现等方面的情况；事业心、责任感、纪律性（遵纪守法）、协作性；人文素养；心理健康情况。</w:t>
      </w:r>
    </w:p>
    <w:p>
      <w:r>
        <w:t>（3）外语听说能力</w:t>
      </w:r>
    </w:p>
    <w:p>
      <w:r>
        <w:t>由精通外语的教师担任主考教师进行现场问答，保持整个测试过程评分的一致性、连贯性和公正性。</w:t>
      </w:r>
    </w:p>
    <w:p>
      <w:r>
        <w:t>（4）直博生复试按照博士申请考核制的标准执行。</w:t>
      </w:r>
    </w:p>
    <w:p>
      <w:r>
        <w:t>二、复试名单</w:t>
      </w:r>
    </w:p>
    <w:p>
      <w:r>
        <w:t>经学生申请、材料审查、专家评议，廉政研究院研究生招生工作领导小组审核，确定《廉政研究院2026年接收推荐免试攻读研究生（含直博生）复试名单》（详见附件一），进入复试的同学请保持联络方式畅通。</w:t>
      </w:r>
    </w:p>
    <w:p>
      <w:r>
        <w:t>三、复试安排</w:t>
      </w:r>
    </w:p>
    <w:p>
      <w:r>
        <w:t>1、进入复试的同学请加入廉政研究院2026推免复试群：群号：1064024355（进群请实名）</w:t>
      </w:r>
    </w:p>
    <w:p>
      <w:r>
        <w:t>2、复试地点为：吉林省长春市朝阳区前进大街2699号吉林大学前卫南区东荣大厦，请拟参加复试的考生提前安排行程，避免出现因交通原因无法参加复试的情况。</w:t>
      </w:r>
    </w:p>
    <w:p>
      <w:r>
        <w:t>3、复试时间及地点：</w:t>
      </w:r>
    </w:p>
    <w:p>
      <w:r>
        <w:t>廉政学专业：9月22日（周一）上午10：00 地点：东荣大厦A307</w:t>
      </w:r>
    </w:p>
    <w:p>
      <w:r>
        <w:t>四、复试成绩及录取方法</w:t>
      </w:r>
    </w:p>
    <w:p>
      <w:r>
        <w:t>1、复试成绩满分100分，60分以上（含60分）为合格，不合格者不予录取。（成绩四舍五入，取小数点后2位。）</w:t>
      </w:r>
    </w:p>
    <w:p>
      <w:r>
        <w:t>2、全部考生严格按照综合考核成绩由高到低排序，根据各专业名额情况确定录取资格，名额外但成绩合格的考生获得递补资格。</w:t>
      </w:r>
    </w:p>
    <w:p>
      <w:r>
        <w:t>3、思想政治素质和道德品质考核不合格者不予录取。</w:t>
      </w:r>
    </w:p>
    <w:p>
      <w:r>
        <w:t>4、拟录取的推免生应在规定时间内通过“全国推荐免试攻读研究生（免初试、转段）信息公开暨管理服务系统”（网址：https://yz.chsi.com.cn/tm）完成网上“同意待录取”确认，完成最终录取工作，逾期则视为自动放弃。如有放弃录取、自行更改志愿或已被其他院校录取等情况，请于9月25日8:30前发送邮件至songjh22@jlu.edu.cn，命名“报考专业名称-姓名-放弃”，否则产生录取异常等后果自负。</w:t>
      </w:r>
    </w:p>
    <w:p>
      <w:r>
        <w:t>5、研究院将根据实际录取情况开展后续工作</w:t>
      </w:r>
    </w:p>
    <w:p>
      <w:r>
        <w:t>（1）如已达到预期接收目标，即结束本年度接收工作， 不再组织后续推免复试；</w:t>
      </w:r>
    </w:p>
    <w:p>
      <w:r>
        <w:t>（2）如有空余名额，我院将对具有递补资格的考生进行“顺位递补”录取，请考生保持联络方式畅通；</w:t>
      </w:r>
    </w:p>
    <w:p>
      <w:r>
        <w:t>（3）顺位递补后仍有空余名额的专业，将视情况决定是否组织后续推免复试，请及时关注学院官网通知。</w:t>
      </w:r>
    </w:p>
    <w:p>
      <w:r>
        <w:t>五、注意事项</w:t>
      </w:r>
    </w:p>
    <w:p>
      <w:r>
        <w:t>1、考生向研究院提交的各类信息、材料，必须真实准确。凡提供虚假信息的，一经查实将取消录取资格。</w:t>
      </w:r>
    </w:p>
    <w:p>
      <w:r>
        <w:t>2、获得廉政研究院录取资格的考生，须在规定时间内尽早完成报名及接收复试、待录取通知等相关工作。</w:t>
      </w:r>
    </w:p>
    <w:p>
      <w:r>
        <w:t>3、考生最终录取的专业，以教育部推免服务系统的录取信息为准。</w:t>
      </w:r>
    </w:p>
    <w:p>
      <w:r>
        <w:t>六、复试的监督和复议</w:t>
      </w:r>
    </w:p>
    <w:p>
      <w:r>
        <w:t>1、实行信息公开制度，学院网站公示各专业拟录取推免生名单，公示期为3天。</w:t>
      </w:r>
    </w:p>
    <w:p>
      <w:r>
        <w:t>2、学院招生工作领导小组对复试过程中出现的各类问题负责解释。</w:t>
      </w:r>
    </w:p>
    <w:p>
      <w:r>
        <w:t>3、考生对复试、录取结果提出质疑时，在复试结果公示期内，可以向学院研究生办公室提出实名申诉，电话：0431-89228991。</w:t>
      </w:r>
    </w:p>
    <w:p>
      <w:r>
        <w:t>4、其他未尽事宜，均按照学校相关文件执行。</w:t>
      </w:r>
    </w:p>
    <w:p>
      <w:r>
        <w:t>吉林大学廉政研究院</w:t>
      </w:r>
    </w:p>
    <w:p>
      <w:r>
        <w:t>2025年9月18日</w:t>
      </w:r>
    </w:p>
    <w:p>
      <w:r>
        <w:t>附件1：《廉政研究院2026届接收推荐免试攻读研究生（含直博生）复试名单》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