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护理学院2026年推荐免试研究生常规推荐人选名单公示-吉林大学 护理学院</w:t>
      </w:r>
    </w:p>
    <w:p>
      <w:r>
        <w:t>根据吉林大学《关于开展2026年推荐优秀应届本科毕业生免试攻读研究生学业成绩核对和综合排名工作的通知》相关要求，经学生自愿申请、学院资格审查，现对护理学院2026年推荐免试研究生常规推荐人选名单进行公示，详见附件。</w:t>
      </w:r>
    </w:p>
    <w:p>
      <w:r>
        <w:t>公示期为2025年9月10日-2025年9月16日，若对公示信息有异议，请具实名以书面形式与护理学院教务办联系。</w:t>
      </w:r>
    </w:p>
    <w:p>
      <w:r>
        <w:t>联系电话：0431-85619595</w:t>
      </w:r>
    </w:p>
    <w:p>
      <w:r>
        <w:t>地址：护理学院303室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