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法学院2025年推荐免试硕士研究生拟录取名单公示</w:t>
      </w:r>
    </w:p>
    <w:p>
      <w:r>
        <w:t>发布时间：未标注</w:t>
      </w:r>
    </w:p>
    <w:p>
      <w:r>
        <w:t>来源URL：https://law.nankai.edu.cn/_upload/article/files/ef/de/c04f26944b6898696876af320a37/009be824-53a2-4577-aa8d-408fc10c3b2e.pdf</w:t>
      </w:r>
    </w:p>
    <w:p>
      <w:r>
        <w:t>========================================</w:t>
      </w:r>
    </w:p>
    <w:p>
      <w:r>
        <w:t>法学院2025年推荐免试硕士研究生拟录取名单公示</w:t>
      </w:r>
    </w:p>
    <w:p>
      <w:r>
        <w:t>序号</w:t>
      </w:r>
    </w:p>
    <w:p>
      <w:r>
        <w:t>姓名</w:t>
      </w:r>
    </w:p>
    <w:p>
      <w:r>
        <w:t>推荐单位</w:t>
      </w:r>
    </w:p>
    <w:p>
      <w:r>
        <w:t>录取学</w:t>
      </w:r>
    </w:p>
    <w:p>
      <w:r>
        <w:t>院</w:t>
      </w:r>
    </w:p>
    <w:p>
      <w:r>
        <w:t>录取专</w:t>
      </w:r>
    </w:p>
    <w:p>
      <w:r>
        <w:t>业</w:t>
      </w:r>
    </w:p>
    <w:p>
      <w:r>
        <w:t>录取专业的研究方</w:t>
      </w:r>
    </w:p>
    <w:p>
      <w:r>
        <w:t>向名称（即入学后</w:t>
      </w:r>
    </w:p>
    <w:p>
      <w:r>
        <w:t>培养专业名称）</w:t>
      </w:r>
    </w:p>
    <w:p>
      <w:r>
        <w:t>面试成</w:t>
      </w:r>
    </w:p>
    <w:p>
      <w:r>
        <w:t>绩</w:t>
      </w:r>
    </w:p>
    <w:p>
      <w:r>
        <w:t>备注</w:t>
      </w:r>
    </w:p>
    <w:p>
      <w:r>
        <w:t>1</w:t>
      </w:r>
    </w:p>
    <w:p>
      <w:r>
        <w:t>苏逸潇</w:t>
      </w:r>
    </w:p>
    <w:p>
      <w:r>
        <w:t>南开大学</w:t>
      </w:r>
    </w:p>
    <w:p>
      <w:r>
        <w:t>法学院</w:t>
      </w:r>
    </w:p>
    <w:p>
      <w:r>
        <w:t>法学</w:t>
      </w:r>
    </w:p>
    <w:p>
      <w:r>
        <w:t>刑法学</w:t>
      </w:r>
    </w:p>
    <w:p>
      <w:r>
        <w:t>95.2</w:t>
      </w:r>
    </w:p>
    <w:p>
      <w:r>
        <w:t>2</w:t>
      </w:r>
    </w:p>
    <w:p>
      <w:r>
        <w:t>周佳钰</w:t>
      </w:r>
    </w:p>
    <w:p>
      <w:r>
        <w:t>南开大学</w:t>
      </w:r>
    </w:p>
    <w:p>
      <w:r>
        <w:t>法学院</w:t>
      </w:r>
    </w:p>
    <w:p>
      <w:r>
        <w:t>法学</w:t>
      </w:r>
    </w:p>
    <w:p>
      <w:r>
        <w:t>刑法学</w:t>
      </w:r>
    </w:p>
    <w:p>
      <w:r>
        <w:t>89.4</w:t>
      </w:r>
    </w:p>
    <w:p>
      <w:r>
        <w:t>3</w:t>
      </w:r>
    </w:p>
    <w:p>
      <w:r>
        <w:t>施菲妍</w:t>
      </w:r>
    </w:p>
    <w:p>
      <w:r>
        <w:t>北京师范大学</w:t>
      </w:r>
    </w:p>
    <w:p>
      <w:r>
        <w:t>法学院</w:t>
      </w:r>
    </w:p>
    <w:p>
      <w:r>
        <w:t>法学</w:t>
      </w:r>
    </w:p>
    <w:p>
      <w:r>
        <w:t>宪法学与行政法学</w:t>
      </w:r>
    </w:p>
    <w:p>
      <w:r>
        <w:t>89.8</w:t>
      </w:r>
    </w:p>
    <w:p>
      <w:r>
        <w:t>4</w:t>
      </w:r>
    </w:p>
    <w:p>
      <w:r>
        <w:t>李奕洁</w:t>
      </w:r>
    </w:p>
    <w:p>
      <w:r>
        <w:t>南开大学</w:t>
      </w:r>
    </w:p>
    <w:p>
      <w:r>
        <w:t>法学院</w:t>
      </w:r>
    </w:p>
    <w:p>
      <w:r>
        <w:t>法学</w:t>
      </w:r>
    </w:p>
    <w:p>
      <w:r>
        <w:t>宪法学与行政法学</w:t>
      </w:r>
    </w:p>
    <w:p>
      <w:r>
        <w:t>92.2</w:t>
      </w:r>
    </w:p>
    <w:p>
      <w:r>
        <w:t>5</w:t>
      </w:r>
    </w:p>
    <w:p>
      <w:r>
        <w:t>王可莹</w:t>
      </w:r>
    </w:p>
    <w:p>
      <w:r>
        <w:t>南开大学</w:t>
      </w:r>
    </w:p>
    <w:p>
      <w:r>
        <w:t>法学院</w:t>
      </w:r>
    </w:p>
    <w:p>
      <w:r>
        <w:t>法学</w:t>
      </w:r>
    </w:p>
    <w:p>
      <w:r>
        <w:t>宪法学与行政法学</w:t>
      </w:r>
    </w:p>
    <w:p>
      <w:r>
        <w:t>88.4</w:t>
      </w:r>
    </w:p>
    <w:p>
      <w:r>
        <w:t>6</w:t>
      </w:r>
    </w:p>
    <w:p>
      <w:r>
        <w:t>徐幸森</w:t>
      </w:r>
    </w:p>
    <w:p>
      <w:r>
        <w:t>南开大学</w:t>
      </w:r>
    </w:p>
    <w:p>
      <w:r>
        <w:t>法学院</w:t>
      </w:r>
    </w:p>
    <w:p>
      <w:r>
        <w:t>法学</w:t>
      </w:r>
    </w:p>
    <w:p>
      <w:r>
        <w:t>诉讼法学</w:t>
      </w:r>
    </w:p>
    <w:p>
      <w:r>
        <w:t>90.2</w:t>
      </w:r>
    </w:p>
    <w:p>
      <w:r>
        <w:t>7</w:t>
      </w:r>
    </w:p>
    <w:p>
      <w:r>
        <w:t>吴茜梓</w:t>
      </w:r>
    </w:p>
    <w:p>
      <w:r>
        <w:t>南开大学</w:t>
      </w:r>
    </w:p>
    <w:p>
      <w:r>
        <w:t>法学院</w:t>
      </w:r>
    </w:p>
    <w:p>
      <w:r>
        <w:t>法学</w:t>
      </w:r>
    </w:p>
    <w:p>
      <w:r>
        <w:t>诉讼法学</w:t>
      </w:r>
    </w:p>
    <w:p>
      <w:r>
        <w:t>88.0</w:t>
      </w:r>
    </w:p>
    <w:p>
      <w:r>
        <w:t>8</w:t>
      </w:r>
    </w:p>
    <w:p>
      <w:r>
        <w:t>张雨杨</w:t>
      </w:r>
    </w:p>
    <w:p>
      <w:r>
        <w:t>南开大学</w:t>
      </w:r>
    </w:p>
    <w:p>
      <w:r>
        <w:t>法学院</w:t>
      </w:r>
    </w:p>
    <w:p>
      <w:r>
        <w:t>法学</w:t>
      </w:r>
    </w:p>
    <w:p>
      <w:r>
        <w:t>诉讼法学</w:t>
      </w:r>
    </w:p>
    <w:p>
      <w:r>
        <w:t>90.2</w:t>
      </w:r>
    </w:p>
    <w:p>
      <w:r>
        <w:t>支教保研</w:t>
      </w:r>
    </w:p>
    <w:p>
      <w:r>
        <w:t>9</w:t>
      </w:r>
    </w:p>
    <w:p>
      <w:r>
        <w:t>张星冉</w:t>
      </w:r>
    </w:p>
    <w:p>
      <w:r>
        <w:t>南开大学</w:t>
      </w:r>
    </w:p>
    <w:p>
      <w:r>
        <w:t>法学院</w:t>
      </w:r>
    </w:p>
    <w:p>
      <w:r>
        <w:t>法学</w:t>
      </w:r>
    </w:p>
    <w:p>
      <w:r>
        <w:t>民商法学</w:t>
      </w:r>
    </w:p>
    <w:p>
      <w:r>
        <w:t>93.8</w:t>
      </w:r>
    </w:p>
    <w:p>
      <w:r>
        <w:t>10</w:t>
      </w:r>
    </w:p>
    <w:p>
      <w:r>
        <w:t>金烨科</w:t>
      </w:r>
    </w:p>
    <w:p>
      <w:r>
        <w:t>南开大学</w:t>
      </w:r>
    </w:p>
    <w:p>
      <w:r>
        <w:t>法学院</w:t>
      </w:r>
    </w:p>
    <w:p>
      <w:r>
        <w:t>法学</w:t>
      </w:r>
    </w:p>
    <w:p>
      <w:r>
        <w:t>民商法学</w:t>
      </w:r>
    </w:p>
    <w:p>
      <w:r>
        <w:t>92.6</w:t>
      </w:r>
    </w:p>
    <w:p>
      <w:r>
        <w:t>11</w:t>
      </w:r>
    </w:p>
    <w:p>
      <w:r>
        <w:t>赵梓涵</w:t>
      </w:r>
    </w:p>
    <w:p>
      <w:r>
        <w:t>南开大学</w:t>
      </w:r>
    </w:p>
    <w:p>
      <w:r>
        <w:t>法学院</w:t>
      </w:r>
    </w:p>
    <w:p>
      <w:r>
        <w:t>法学</w:t>
      </w:r>
    </w:p>
    <w:p>
      <w:r>
        <w:t>民商法学</w:t>
      </w:r>
    </w:p>
    <w:p>
      <w:r>
        <w:t>90.4</w:t>
      </w:r>
    </w:p>
    <w:p>
      <w:r>
        <w:t>12</w:t>
      </w:r>
    </w:p>
    <w:p>
      <w:r>
        <w:t>滑文迪</w:t>
      </w:r>
    </w:p>
    <w:p>
      <w:r>
        <w:t>南开大学</w:t>
      </w:r>
    </w:p>
    <w:p>
      <w:r>
        <w:t>法学院</w:t>
      </w:r>
    </w:p>
    <w:p>
      <w:r>
        <w:t>法学</w:t>
      </w:r>
    </w:p>
    <w:p>
      <w:r>
        <w:t>民商法学</w:t>
      </w:r>
    </w:p>
    <w:p>
      <w:r>
        <w:t>89.6</w:t>
      </w:r>
    </w:p>
    <w:p>
      <w:r>
        <w:t>13</w:t>
      </w:r>
    </w:p>
    <w:p>
      <w:r>
        <w:t>陶词</w:t>
      </w:r>
    </w:p>
    <w:p>
      <w:r>
        <w:t>南开大学</w:t>
      </w:r>
    </w:p>
    <w:p>
      <w:r>
        <w:t>法学院</w:t>
      </w:r>
    </w:p>
    <w:p>
      <w:r>
        <w:t>法学</w:t>
      </w:r>
    </w:p>
    <w:p>
      <w:r>
        <w:t>经济法学</w:t>
      </w:r>
    </w:p>
    <w:p>
      <w:r>
        <w:t>87.8</w:t>
      </w:r>
    </w:p>
    <w:p>
      <w:r>
        <w:t>14</w:t>
      </w:r>
    </w:p>
    <w:p>
      <w:r>
        <w:t>李喆涵</w:t>
      </w:r>
    </w:p>
    <w:p>
      <w:r>
        <w:t>南开大学</w:t>
      </w:r>
    </w:p>
    <w:p>
      <w:r>
        <w:t>法学院</w:t>
      </w:r>
    </w:p>
    <w:p>
      <w:r>
        <w:t>法学</w:t>
      </w:r>
    </w:p>
    <w:p>
      <w:r>
        <w:t>环境与资源保护法学</w:t>
      </w:r>
    </w:p>
    <w:p>
      <w:r>
        <w:t>87.2</w:t>
      </w:r>
    </w:p>
    <w:p>
      <w:r>
        <w:t>15</w:t>
      </w:r>
    </w:p>
    <w:p>
      <w:r>
        <w:t>段文菊</w:t>
      </w:r>
    </w:p>
    <w:p>
      <w:r>
        <w:t>南开大学</w:t>
      </w:r>
    </w:p>
    <w:p>
      <w:r>
        <w:t>法学院</w:t>
      </w:r>
    </w:p>
    <w:p>
      <w:r>
        <w:t>法学</w:t>
      </w:r>
    </w:p>
    <w:p>
      <w:r>
        <w:t>国际法学</w:t>
      </w:r>
    </w:p>
    <w:p>
      <w:r>
        <w:t>88.8</w:t>
      </w:r>
    </w:p>
    <w:p>
      <w:r>
        <w:t>16</w:t>
      </w:r>
    </w:p>
    <w:p>
      <w:r>
        <w:t>李怡然</w:t>
      </w:r>
    </w:p>
    <w:p>
      <w:r>
        <w:t>南开大学</w:t>
      </w:r>
    </w:p>
    <w:p>
      <w:r>
        <w:t>法学院</w:t>
      </w:r>
    </w:p>
    <w:p>
      <w:r>
        <w:t>法学</w:t>
      </w:r>
    </w:p>
    <w:p>
      <w:r>
        <w:t>国际法学</w:t>
      </w:r>
    </w:p>
    <w:p>
      <w:r>
        <w:t>87.6</w:t>
      </w:r>
    </w:p>
    <w:p>
      <w:r>
        <w:t>17</w:t>
      </w:r>
    </w:p>
    <w:p>
      <w:r>
        <w:t>孔紫萌</w:t>
      </w:r>
    </w:p>
    <w:p>
      <w:r>
        <w:t>天津大学</w:t>
      </w:r>
    </w:p>
    <w:p>
      <w:r>
        <w:t>法学院</w:t>
      </w:r>
    </w:p>
    <w:p>
      <w:r>
        <w:t>法学</w:t>
      </w:r>
    </w:p>
    <w:p>
      <w:r>
        <w:t>国际法学</w:t>
      </w:r>
    </w:p>
    <w:p>
      <w:r>
        <w:t>86.8</w:t>
      </w:r>
    </w:p>
    <w:p>
      <w:r>
        <w:t>18</w:t>
      </w:r>
    </w:p>
    <w:p>
      <w:r>
        <w:t>李心语</w:t>
      </w:r>
    </w:p>
    <w:p>
      <w:r>
        <w:t>南开大学</w:t>
      </w:r>
    </w:p>
    <w:p>
      <w:r>
        <w:t>法学院</w:t>
      </w:r>
    </w:p>
    <w:p>
      <w:r>
        <w:t>法学</w:t>
      </w:r>
    </w:p>
    <w:p>
      <w:r>
        <w:t>国际法学</w:t>
      </w:r>
    </w:p>
    <w:p>
      <w:r>
        <w:t>87.4</w:t>
      </w:r>
    </w:p>
    <w:p>
      <w:r>
        <w:t>19</w:t>
      </w:r>
    </w:p>
    <w:p>
      <w:r>
        <w:t>张孜璐</w:t>
      </w:r>
    </w:p>
    <w:p>
      <w:r>
        <w:t>华东政法大学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89.8</w:t>
      </w:r>
    </w:p>
    <w:p>
      <w:r>
        <w:t>20</w:t>
      </w:r>
    </w:p>
    <w:p>
      <w:r>
        <w:t>张笑阳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86.2</w:t>
      </w:r>
    </w:p>
    <w:p>
      <w:r>
        <w:t>21</w:t>
      </w:r>
    </w:p>
    <w:p>
      <w:r>
        <w:t>吕金雨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86.0</w:t>
      </w:r>
    </w:p>
    <w:p>
      <w:r>
        <w:t>22</w:t>
      </w:r>
    </w:p>
    <w:p>
      <w:r>
        <w:t>马淑娟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85.6</w:t>
      </w:r>
    </w:p>
    <w:p>
      <w:r>
        <w:t>23</w:t>
      </w:r>
    </w:p>
    <w:p>
      <w:r>
        <w:t>仝彤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85.2</w:t>
      </w:r>
    </w:p>
    <w:p>
      <w:r>
        <w:t>24</w:t>
      </w:r>
    </w:p>
    <w:p>
      <w:r>
        <w:t>葛辰玺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84.8</w:t>
      </w:r>
    </w:p>
    <w:p>
      <w:r>
        <w:t>25</w:t>
      </w:r>
    </w:p>
    <w:p>
      <w:r>
        <w:t>郑裕玲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84.6</w:t>
      </w:r>
    </w:p>
    <w:p>
      <w:r>
        <w:t>26</w:t>
      </w:r>
    </w:p>
    <w:p>
      <w:r>
        <w:t>吴玟蕾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84.5</w:t>
      </w:r>
    </w:p>
    <w:p>
      <w:r>
        <w:t>27</w:t>
      </w:r>
    </w:p>
    <w:p>
      <w:r>
        <w:t>周送政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84.4</w:t>
      </w:r>
    </w:p>
    <w:p>
      <w:r>
        <w:t>28</w:t>
      </w:r>
    </w:p>
    <w:p>
      <w:r>
        <w:t>武泽鑫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84.3</w:t>
      </w:r>
    </w:p>
    <w:p>
      <w:r>
        <w:t>29</w:t>
      </w:r>
    </w:p>
    <w:p>
      <w:r>
        <w:t>马姣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84.2</w:t>
      </w:r>
    </w:p>
    <w:p>
      <w:r>
        <w:t>30</w:t>
      </w:r>
    </w:p>
    <w:p>
      <w:r>
        <w:t>郭佳怡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84.0</w:t>
      </w:r>
    </w:p>
    <w:p>
      <w:r>
        <w:t>31</w:t>
      </w:r>
    </w:p>
    <w:p>
      <w:r>
        <w:t>容嘉慧</w:t>
      </w:r>
    </w:p>
    <w:p>
      <w:r>
        <w:t>南京大学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83.6</w:t>
      </w:r>
    </w:p>
    <w:p>
      <w:r>
        <w:t>32</w:t>
      </w:r>
    </w:p>
    <w:p>
      <w:r>
        <w:t>王思棋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82.8</w:t>
      </w:r>
    </w:p>
    <w:p>
      <w:r>
        <w:t>33</w:t>
      </w:r>
    </w:p>
    <w:p>
      <w:r>
        <w:t>赵启秀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82.4</w:t>
      </w:r>
    </w:p>
    <w:p>
      <w:r>
        <w:t>34</w:t>
      </w:r>
    </w:p>
    <w:p>
      <w:r>
        <w:t>权朝艳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82.2</w:t>
      </w:r>
    </w:p>
    <w:p>
      <w:r>
        <w:t>此名单自10月16日起，公示10个工作日，有异议可拨打电话：022-23507816</w:t>
      </w:r>
    </w:p>
    <w:p>
      <w:r>
        <w:t>35</w:t>
      </w:r>
    </w:p>
    <w:p>
      <w:r>
        <w:t>朱贺贺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82.0</w:t>
      </w:r>
    </w:p>
    <w:p>
      <w:r>
        <w:t>36</w:t>
      </w:r>
    </w:p>
    <w:p>
      <w:r>
        <w:t>张连超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81.6</w:t>
      </w:r>
    </w:p>
    <w:p>
      <w:r>
        <w:t>37</w:t>
      </w:r>
    </w:p>
    <w:p>
      <w:r>
        <w:t>王宇凡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81.2</w:t>
      </w:r>
    </w:p>
    <w:p>
      <w:r>
        <w:t>38</w:t>
      </w:r>
    </w:p>
    <w:p>
      <w:r>
        <w:t>张颖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81.0</w:t>
      </w:r>
    </w:p>
    <w:p>
      <w:r>
        <w:t>39</w:t>
      </w:r>
    </w:p>
    <w:p>
      <w:r>
        <w:t>赵晓彤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80.2</w:t>
      </w:r>
    </w:p>
    <w:p>
      <w:r>
        <w:t>40</w:t>
      </w:r>
    </w:p>
    <w:p>
      <w:r>
        <w:t>袁浩颖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法律（法学）</w:t>
      </w:r>
    </w:p>
    <w:p>
      <w:r>
        <w:t>78.6</w:t>
      </w:r>
    </w:p>
    <w:p>
      <w:r>
        <w:t>41</w:t>
      </w:r>
    </w:p>
    <w:p>
      <w:r>
        <w:t>刘倩宇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法律（非法学）</w:t>
      </w:r>
    </w:p>
    <w:p>
      <w:r>
        <w:t>90.8</w:t>
      </w:r>
    </w:p>
    <w:p>
      <w:r>
        <w:t>42</w:t>
      </w:r>
    </w:p>
    <w:p>
      <w:r>
        <w:t>朱璐琳</w:t>
      </w:r>
    </w:p>
    <w:p>
      <w:r>
        <w:t>浙江大学</w:t>
      </w:r>
    </w:p>
    <w:p>
      <w:r>
        <w:t>法学院</w:t>
      </w:r>
    </w:p>
    <w:p>
      <w:r>
        <w:t>法律</w:t>
      </w:r>
    </w:p>
    <w:p>
      <w:r>
        <w:t>法律（非法学）</w:t>
      </w:r>
    </w:p>
    <w:p>
      <w:r>
        <w:t>87.6</w:t>
      </w:r>
    </w:p>
    <w:p>
      <w:r>
        <w:t>43</w:t>
      </w:r>
    </w:p>
    <w:p>
      <w:r>
        <w:t>柳寒露</w:t>
      </w:r>
    </w:p>
    <w:p>
      <w:r>
        <w:t>南开大学</w:t>
      </w:r>
    </w:p>
    <w:p>
      <w:r>
        <w:t>法学院</w:t>
      </w:r>
    </w:p>
    <w:p>
      <w:r>
        <w:t>法律</w:t>
      </w:r>
    </w:p>
    <w:p>
      <w:r>
        <w:t>法律（非法学）</w:t>
      </w:r>
    </w:p>
    <w:p>
      <w:r>
        <w:t>87.2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