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西藏大学文学院2026届拟推荐免试研究生名单公示</w:t>
      </w:r>
    </w:p>
    <w:p>
      <w:r>
        <w:t>发布时间：2025年9月5日</w:t>
      </w:r>
    </w:p>
    <w:p>
      <w:r>
        <w:t>来源URL：https://wxy.utibet.edu.cn/info/1010/2544.htm</w:t>
      </w:r>
    </w:p>
    <w:p>
      <w:r>
        <w:t>========================================</w:t>
      </w:r>
    </w:p>
    <w:p>
      <w:r>
        <w:t>西藏大学文学院2026届拟推荐免试研究生名单公示</w:t>
      </w:r>
    </w:p>
    <w:p>
      <w:r>
        <w:t>发布时间：2025年09月05日 11:09</w:t>
      </w:r>
    </w:p>
    <w:p>
      <w:r>
        <w:t>编辑：文学院</w:t>
      </w:r>
    </w:p>
    <w:p>
      <w:r>
        <w:t>点击量： 次</w:t>
      </w:r>
    </w:p>
    <w:p>
      <w:r>
        <w:t>上一条：国庆不知道怎么安排？快来看看文学院国庆假期系列活动</w:t>
      </w:r>
    </w:p>
    <w:p>
      <w:r>
        <w:t>下一条：新生必读 | 藏大2025级新生入学超详细指南，请查收！</w:t>
      </w:r>
    </w:p>
    <w:p>
      <w:r>
        <w:t>联系我们</w:t>
      </w:r>
    </w:p>
    <w:p>
      <w:r>
        <w:t>综合办公室：0891-6405919</w:t>
      </w:r>
    </w:p>
    <w:p>
      <w:r>
        <w:t>教务科：0891-6405916</w:t>
      </w:r>
    </w:p>
    <w:p>
      <w:r>
        <w:t>学生工作科（本科生）：0891-6405915</w:t>
      </w:r>
    </w:p>
    <w:p>
      <w:r>
        <w:t>研究生科（研究生）：0891-6405913</w:t>
      </w:r>
    </w:p>
    <w:p>
      <w:r>
        <w:t>电子邮箱</w:t>
      </w:r>
    </w:p>
    <w:p>
      <w:r>
        <w:t>wxy@utibet.edu.cn</w:t>
      </w:r>
    </w:p>
    <w:p>
      <w:r>
        <w:t>wxyjw@utibet.edu.cn（学院纪委）</w:t>
      </w:r>
    </w:p>
    <w:p>
      <w:r>
        <w:t>微信公众平台</w:t>
      </w:r>
    </w:p>
    <w:p>
      <w:r>
        <w:t>藏大文苑</w:t>
      </w:r>
    </w:p>
    <w:p>
      <w:r>
        <w:t>中国文艺评论 （西藏大学）基地</w:t>
      </w:r>
    </w:p>
    <w:p>
      <w:r>
        <w:t>版权所有 © 西藏大学文学院</w:t>
      </w:r>
    </w:p>
    <w:p>
      <w:r>
        <w:t>藏ICP备05000064号</w:t>
      </w:r>
    </w:p>
    <w:p>
      <w:r>
        <w:t>藏公网安备54010202000088号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