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东华大学2026年接收推荐免试研究生（含直博生）拟录取名单公示</w:t>
      </w:r>
    </w:p>
    <w:p>
      <w:r>
        <w:t>发布时间：2025年10月16日</w:t>
      </w:r>
    </w:p>
    <w:p>
      <w:r>
        <w:t>来源URL：https://yjszs.dhu.edu.cn/2025/1016/c7127a367040/page.htm</w:t>
      </w:r>
    </w:p>
    <w:p>
      <w:r>
        <w:t>========================================</w:t>
      </w:r>
    </w:p>
    <w:p>
      <w:r>
        <w:t>东华大学2026年接收推荐免试研究生（含直博生）拟录取名单公示</w:t>
      </w:r>
    </w:p>
    <w:p>
      <w:r>
        <w:t>发布时间：2025-10-16浏览次数：17578</w:t>
      </w:r>
    </w:p>
    <w:p>
      <w:r>
        <w:t>根据教育部有关文件规定，经各学院复试，学校研究生招生工作领导小组审批，我校同意接收下列学生免试攻读研究生。现将拟录取名单予以公示，公示期为2025年10月16日～10月23日（名单见附件）。</w:t>
      </w:r>
    </w:p>
    <w:p>
      <w:r>
        <w:t>本公告发布后，如对公示名单有异议，请在公示期内以信函、电子邮件等方式向东华大学纪委监察处或东华大学研究生招生办公室反映。</w:t>
      </w:r>
    </w:p>
    <w:p>
      <w:r>
        <w:t>经公示没有异议的拟录取推免生，须在2026年4月～5月按学校要求办理政审、调档等手续，有关信息请关注东华大学研究生招生网（https://yjszs.dhu.edu.cn）公告。</w:t>
      </w:r>
    </w:p>
    <w:p>
      <w:r>
        <w:t>东华大学纪委监察处</w:t>
      </w:r>
    </w:p>
    <w:p>
      <w:r>
        <w:t>电话：021－67792259（不用于招生咨询）</w:t>
      </w:r>
    </w:p>
    <w:p>
      <w:r>
        <w:t>东华大学研究生招生办公室</w:t>
      </w:r>
    </w:p>
    <w:p>
      <w:r>
        <w:t>电话：021－67792430、021－62373355</w:t>
      </w:r>
    </w:p>
    <w:p>
      <w:r>
        <w:t>邮箱：gs@dhu.edu.cn</w:t>
      </w:r>
    </w:p>
    <w:p>
      <w:r>
        <w:t>松江校区：上海市松江区人民北路2999号 邮政编码：201620</w:t>
      </w:r>
    </w:p>
    <w:p>
      <w:r>
        <w:t>延安路校区：上海市长宁区延安西路1882号 邮政编码：200051</w:t>
      </w:r>
    </w:p>
    <w:p>
      <w:r>
        <w:t>东华大学研究生院</w:t>
      </w:r>
    </w:p>
    <w:p>
      <w:r>
        <w:t>2025年10月16日</w:t>
      </w:r>
    </w:p>
    <w:p>
      <w:r>
        <w:t>松江校区：上海松江区人民北路2999号电话：021-67792430邮编：201620</w:t>
      </w:r>
    </w:p>
    <w:p>
      <w:r>
        <w:t>延安路校区：上海延安西路1882号电话：021-62373355邮编：200051</w:t>
      </w:r>
    </w:p>
    <w:p>
      <w:r>
        <w:t>快速通道</w:t>
      </w:r>
    </w:p>
    <w:p>
      <w:r>
        <w:t>推荐免试硕士研究生预申请</w:t>
      </w:r>
    </w:p>
    <w:p>
      <w:r>
        <w:t>研究生招生学生平台（考生用户）</w:t>
      </w:r>
    </w:p>
    <w:p>
      <w:r>
        <w:t>东华大学研究生院</w:t>
      </w:r>
    </w:p>
    <w:p>
      <w:r>
        <w:t>中国研究生招生信息网</w:t>
      </w:r>
    </w:p>
    <w:p>
      <w:r>
        <w:t>Copyright©2021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