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马克思主义学院2026年接收预推荐免试攻读研究生复试名单</w:t>
      </w:r>
    </w:p>
    <w:p>
      <w:r>
        <w:t>发布时间：2025年9月22日</w:t>
      </w:r>
    </w:p>
    <w:p>
      <w:r>
        <w:t>来源URL：https://marxism.ucass.edu.cn/info/1011/3924.htm</w:t>
      </w:r>
    </w:p>
    <w:p>
      <w:r>
        <w:t>========================================</w:t>
      </w:r>
    </w:p>
    <w:p>
      <w:r>
        <w:t>&gt;</w:t>
      </w:r>
    </w:p>
    <w:p>
      <w:r>
        <w:t>马克思主义学院2026年接收预推荐免试攻读研究生复试名单</w:t>
      </w:r>
    </w:p>
    <w:p>
      <w:r>
        <w:t>根据《中国社会科学院大学马克思主义学院2026年接收优秀应届本科毕业生免试攻读研究生预报名通知》的相关要求，经我院接收推免生工作小组集体对申报材料审核评定，现将马克思主义学院2026年接收预推荐免试攻读研究生复试名单公布如下：</w:t>
      </w:r>
    </w:p>
    <w:p>
      <w:r>
        <w:t>序号</w:t>
      </w:r>
    </w:p>
    <w:p>
      <w:r>
        <w:t>姓名</w:t>
      </w:r>
    </w:p>
    <w:p>
      <w:r>
        <w:t>本科院校</w:t>
      </w:r>
    </w:p>
    <w:p>
      <w:r>
        <w:t>1</w:t>
      </w:r>
    </w:p>
    <w:p>
      <w:r>
        <w:t>王*亦</w:t>
      </w:r>
    </w:p>
    <w:p>
      <w:r>
        <w:t>中国社会科学院大学</w:t>
      </w:r>
    </w:p>
    <w:p>
      <w:r>
        <w:t>2</w:t>
      </w:r>
    </w:p>
    <w:p>
      <w:r>
        <w:t>冯*婷</w:t>
      </w:r>
    </w:p>
    <w:p>
      <w:r>
        <w:t>中国社会科学院大学</w:t>
      </w:r>
    </w:p>
    <w:p>
      <w:r>
        <w:t>3</w:t>
      </w:r>
    </w:p>
    <w:p>
      <w:r>
        <w:t>刘*芳</w:t>
      </w:r>
    </w:p>
    <w:p>
      <w:r>
        <w:t>华中师范大学</w:t>
      </w:r>
    </w:p>
    <w:p>
      <w:r>
        <w:t>4</w:t>
      </w:r>
    </w:p>
    <w:p>
      <w:r>
        <w:t>易*欣</w:t>
      </w:r>
    </w:p>
    <w:p>
      <w:r>
        <w:t>华南师范大学</w:t>
      </w:r>
    </w:p>
    <w:p>
      <w:r>
        <w:t>5</w:t>
      </w:r>
    </w:p>
    <w:p>
      <w:r>
        <w:t>杨*</w:t>
      </w:r>
    </w:p>
    <w:p>
      <w:r>
        <w:t>华南师范大学</w:t>
      </w:r>
    </w:p>
    <w:p>
      <w:r>
        <w:t>6</w:t>
      </w:r>
    </w:p>
    <w:p>
      <w:r>
        <w:t>张*柃</w:t>
      </w:r>
    </w:p>
    <w:p>
      <w:r>
        <w:t>首都师范大学</w:t>
      </w:r>
    </w:p>
    <w:p>
      <w:r>
        <w:t>7</w:t>
      </w:r>
    </w:p>
    <w:p>
      <w:r>
        <w:t>傅*杰</w:t>
      </w:r>
    </w:p>
    <w:p>
      <w:r>
        <w:t>延安大学</w:t>
      </w:r>
    </w:p>
    <w:p>
      <w:r>
        <w:t>8</w:t>
      </w:r>
    </w:p>
    <w:p>
      <w:r>
        <w:t>王*丹</w:t>
      </w:r>
    </w:p>
    <w:p>
      <w:r>
        <w:t>北京科技大学</w:t>
      </w:r>
    </w:p>
    <w:p>
      <w:r>
        <w:t>9</w:t>
      </w:r>
    </w:p>
    <w:p>
      <w:r>
        <w:t>俞*</w:t>
      </w:r>
    </w:p>
    <w:p>
      <w:r>
        <w:t>中国石油大学（北京）</w:t>
      </w:r>
    </w:p>
    <w:p>
      <w:r>
        <w:t>10</w:t>
      </w:r>
    </w:p>
    <w:p>
      <w:r>
        <w:t>韩*萌</w:t>
      </w:r>
    </w:p>
    <w:p>
      <w:r>
        <w:t>河北工业大学</w:t>
      </w:r>
    </w:p>
    <w:p>
      <w:r>
        <w:t>11</w:t>
      </w:r>
    </w:p>
    <w:p>
      <w:r>
        <w:t>林*妤</w:t>
      </w:r>
    </w:p>
    <w:p>
      <w:r>
        <w:t>太原理工大学</w:t>
      </w:r>
    </w:p>
    <w:p>
      <w:r>
        <w:t>12</w:t>
      </w:r>
    </w:p>
    <w:p>
      <w:r>
        <w:t>宋*儒</w:t>
      </w:r>
    </w:p>
    <w:p>
      <w:r>
        <w:t>中国社会科学院大学</w:t>
      </w:r>
    </w:p>
    <w:p>
      <w:r>
        <w:t>13</w:t>
      </w:r>
    </w:p>
    <w:p>
      <w:r>
        <w:t>李*</w:t>
      </w:r>
    </w:p>
    <w:p>
      <w:r>
        <w:t>四川大学</w:t>
      </w:r>
    </w:p>
    <w:p>
      <w:r>
        <w:t>14</w:t>
      </w:r>
    </w:p>
    <w:p>
      <w:r>
        <w:t>种*阳</w:t>
      </w:r>
    </w:p>
    <w:p>
      <w:r>
        <w:t>兰州大学</w:t>
      </w:r>
    </w:p>
    <w:p>
      <w:r>
        <w:t>15</w:t>
      </w:r>
    </w:p>
    <w:p>
      <w:r>
        <w:t>沈*雅</w:t>
      </w:r>
    </w:p>
    <w:p>
      <w:r>
        <w:t>中国政法大学</w:t>
      </w:r>
    </w:p>
    <w:p>
      <w:r>
        <w:t>16</w:t>
      </w:r>
    </w:p>
    <w:p>
      <w:r>
        <w:t>刘*博</w:t>
      </w:r>
    </w:p>
    <w:p>
      <w:r>
        <w:t>中央民族大学</w:t>
      </w:r>
    </w:p>
    <w:p>
      <w:r>
        <w:t>17</w:t>
      </w:r>
    </w:p>
    <w:p>
      <w:r>
        <w:t>宋*姗</w:t>
      </w:r>
    </w:p>
    <w:p>
      <w:r>
        <w:t>中国农业大学</w:t>
      </w:r>
    </w:p>
    <w:p>
      <w:r>
        <w:t>18</w:t>
      </w:r>
    </w:p>
    <w:p>
      <w:r>
        <w:t>张*中</w:t>
      </w:r>
    </w:p>
    <w:p>
      <w:r>
        <w:t>首都师范大学</w:t>
      </w:r>
    </w:p>
    <w:p>
      <w:r>
        <w:t>19</w:t>
      </w:r>
    </w:p>
    <w:p>
      <w:r>
        <w:t>韩*</w:t>
      </w:r>
    </w:p>
    <w:p>
      <w:r>
        <w:t>湘潭大学</w:t>
      </w:r>
    </w:p>
    <w:p>
      <w:r>
        <w:t>20</w:t>
      </w:r>
    </w:p>
    <w:p>
      <w:r>
        <w:t>冯*琪</w:t>
      </w:r>
    </w:p>
    <w:p>
      <w:r>
        <w:t>河南大学</w:t>
      </w:r>
    </w:p>
    <w:p>
      <w:r>
        <w:t>21</w:t>
      </w:r>
    </w:p>
    <w:p>
      <w:r>
        <w:t>苗*茹</w:t>
      </w:r>
    </w:p>
    <w:p>
      <w:r>
        <w:t>中国社会科学院大学</w:t>
      </w:r>
    </w:p>
    <w:p>
      <w:r>
        <w:t>22</w:t>
      </w:r>
    </w:p>
    <w:p>
      <w:r>
        <w:t>刘*雨</w:t>
      </w:r>
    </w:p>
    <w:p>
      <w:r>
        <w:t>中国社会科学院大学</w:t>
      </w:r>
    </w:p>
    <w:p>
      <w:r>
        <w:t>23</w:t>
      </w:r>
    </w:p>
    <w:p>
      <w:r>
        <w:t>金*婷</w:t>
      </w:r>
    </w:p>
    <w:p>
      <w:r>
        <w:t>兰州大学</w:t>
      </w:r>
    </w:p>
    <w:p>
      <w:r>
        <w:t>24</w:t>
      </w:r>
    </w:p>
    <w:p>
      <w:r>
        <w:t>侯*</w:t>
      </w:r>
    </w:p>
    <w:p>
      <w:r>
        <w:t>东北大学</w:t>
      </w:r>
    </w:p>
    <w:p>
      <w:r>
        <w:t>25</w:t>
      </w:r>
    </w:p>
    <w:p>
      <w:r>
        <w:t>薛*</w:t>
      </w:r>
    </w:p>
    <w:p>
      <w:r>
        <w:t>西安交通大学</w:t>
      </w:r>
    </w:p>
    <w:p>
      <w:r>
        <w:t>26</w:t>
      </w:r>
    </w:p>
    <w:p>
      <w:r>
        <w:t>黄*睿</w:t>
      </w:r>
    </w:p>
    <w:p>
      <w:r>
        <w:t>西南大学</w:t>
      </w:r>
    </w:p>
    <w:p>
      <w:r>
        <w:t>27</w:t>
      </w:r>
    </w:p>
    <w:p>
      <w:r>
        <w:t>刘*</w:t>
      </w:r>
    </w:p>
    <w:p>
      <w:r>
        <w:t>郑州大学</w:t>
      </w:r>
    </w:p>
    <w:p>
      <w:r>
        <w:t>28</w:t>
      </w:r>
    </w:p>
    <w:p>
      <w:r>
        <w:t>米*乐</w:t>
      </w:r>
    </w:p>
    <w:p>
      <w:r>
        <w:t>中国石油大学（北京）</w:t>
      </w:r>
    </w:p>
    <w:p>
      <w:r>
        <w:t>29</w:t>
      </w:r>
    </w:p>
    <w:p>
      <w:r>
        <w:t>向*琪</w:t>
      </w:r>
    </w:p>
    <w:p>
      <w:r>
        <w:t>中国社会科学院大学</w:t>
      </w:r>
    </w:p>
    <w:p>
      <w:r>
        <w:t>30</w:t>
      </w:r>
    </w:p>
    <w:p>
      <w:r>
        <w:t>豆*龙</w:t>
      </w:r>
    </w:p>
    <w:p>
      <w:r>
        <w:t>吉林大学</w:t>
      </w:r>
    </w:p>
    <w:p>
      <w:r>
        <w:t>31</w:t>
      </w:r>
    </w:p>
    <w:p>
      <w:r>
        <w:t>黄*瑶</w:t>
      </w:r>
    </w:p>
    <w:p>
      <w:r>
        <w:t>广州大学</w:t>
      </w:r>
    </w:p>
    <w:p>
      <w:r>
        <w:t>32</w:t>
      </w:r>
    </w:p>
    <w:p>
      <w:r>
        <w:t>李*燃</w:t>
      </w:r>
    </w:p>
    <w:p>
      <w:r>
        <w:t>中国社会科学院大学</w:t>
      </w:r>
    </w:p>
    <w:p>
      <w:r>
        <w:t>33</w:t>
      </w:r>
    </w:p>
    <w:p>
      <w:r>
        <w:t>胡*萌</w:t>
      </w:r>
    </w:p>
    <w:p>
      <w:r>
        <w:t>湖北大学</w:t>
      </w:r>
    </w:p>
    <w:p>
      <w:r>
        <w:t>34</w:t>
      </w:r>
    </w:p>
    <w:p>
      <w:r>
        <w:t>尹*明</w:t>
      </w:r>
    </w:p>
    <w:p>
      <w:r>
        <w:t>山东大学</w:t>
      </w:r>
    </w:p>
    <w:p>
      <w:r>
        <w:t>35</w:t>
      </w:r>
    </w:p>
    <w:p>
      <w:r>
        <w:t>张*铮</w:t>
      </w:r>
    </w:p>
    <w:p>
      <w:r>
        <w:t>山西大学</w:t>
      </w:r>
    </w:p>
    <w:p>
      <w:r>
        <w:t>36</w:t>
      </w:r>
    </w:p>
    <w:p>
      <w:r>
        <w:t>刘*子</w:t>
      </w:r>
    </w:p>
    <w:p>
      <w:r>
        <w:t>中国社会科学院大学</w:t>
      </w:r>
    </w:p>
    <w:p>
      <w:r>
        <w:t>37</w:t>
      </w:r>
    </w:p>
    <w:p>
      <w:r>
        <w:t>黄*涵</w:t>
      </w:r>
    </w:p>
    <w:p>
      <w:r>
        <w:t>中国社会科学院大学</w:t>
      </w:r>
    </w:p>
    <w:p>
      <w:r>
        <w:t>38</w:t>
      </w:r>
    </w:p>
    <w:p>
      <w:r>
        <w:t>梁*</w:t>
      </w:r>
    </w:p>
    <w:p>
      <w:r>
        <w:t>中国社会科学院大学</w:t>
      </w:r>
    </w:p>
    <w:p>
      <w:r>
        <w:t>39</w:t>
      </w:r>
    </w:p>
    <w:p>
      <w:r>
        <w:t>范*歆</w:t>
      </w:r>
    </w:p>
    <w:p>
      <w:r>
        <w:t>河南师范大学</w:t>
      </w:r>
    </w:p>
    <w:p>
      <w:r>
        <w:t>40</w:t>
      </w:r>
    </w:p>
    <w:p>
      <w:r>
        <w:t>马*</w:t>
      </w:r>
    </w:p>
    <w:p>
      <w:r>
        <w:t>东北大学</w:t>
      </w:r>
    </w:p>
    <w:p>
      <w:r>
        <w:t>41</w:t>
      </w:r>
    </w:p>
    <w:p>
      <w:r>
        <w:t>李*凯</w:t>
      </w:r>
    </w:p>
    <w:p>
      <w:r>
        <w:t>山西大学</w:t>
      </w:r>
    </w:p>
    <w:p>
      <w:r>
        <w:t>42</w:t>
      </w:r>
    </w:p>
    <w:p>
      <w:r>
        <w:t>刘*非</w:t>
      </w:r>
    </w:p>
    <w:p>
      <w:r>
        <w:t>兰州大学</w:t>
      </w:r>
    </w:p>
    <w:p>
      <w:r>
        <w:t>43</w:t>
      </w:r>
    </w:p>
    <w:p>
      <w:r>
        <w:t>吴*</w:t>
      </w:r>
    </w:p>
    <w:p>
      <w:r>
        <w:t>兰州大学</w:t>
      </w:r>
    </w:p>
    <w:p>
      <w:r>
        <w:t>44</w:t>
      </w:r>
    </w:p>
    <w:p>
      <w:r>
        <w:t>沈*鸿</w:t>
      </w:r>
    </w:p>
    <w:p>
      <w:r>
        <w:t>四川师范大学</w:t>
      </w:r>
    </w:p>
    <w:p>
      <w:r>
        <w:t>45</w:t>
      </w:r>
    </w:p>
    <w:p>
      <w:r>
        <w:t>李*真</w:t>
      </w:r>
    </w:p>
    <w:p>
      <w:r>
        <w:t>中国社会科学院大学</w:t>
      </w:r>
    </w:p>
    <w:p>
      <w:r>
        <w:t>46</w:t>
      </w:r>
    </w:p>
    <w:p>
      <w:r>
        <w:t>康*</w:t>
      </w:r>
    </w:p>
    <w:p>
      <w:r>
        <w:t>北京师范大学</w:t>
      </w:r>
    </w:p>
    <w:p>
      <w:r>
        <w:t>47</w:t>
      </w:r>
    </w:p>
    <w:p>
      <w:r>
        <w:t>炊*子</w:t>
      </w:r>
    </w:p>
    <w:p>
      <w:r>
        <w:t>中国社会科学院大学</w:t>
      </w:r>
    </w:p>
    <w:p>
      <w:r>
        <w:t>说明：</w:t>
      </w:r>
    </w:p>
    <w:p>
      <w:r>
        <w:t>1. 接收推免复试考核由马克思主义学院统一组织实施。</w:t>
      </w:r>
    </w:p>
    <w:p>
      <w:r>
        <w:t>2. 具体复试安排等事宜，请考生密切关注我院通知，保持手机联络畅通。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