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华中农业大学风景园林2026年暑期研学营入营名单公告-华中农业大学园艺林学学院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祝贺以下同学入选！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名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名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名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 名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曹亚宁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管 赢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马汝铭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31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吴玟锦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陈泓冶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韩建聪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庞京睿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32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肖堃璇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陈虹宇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霍倬妍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宋恒瑜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33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徐语瞳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陈熙玥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江 冰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隋昊男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34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杨熙岚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陈子怡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兰淇月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孙静怡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35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余水乐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06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程佳蕊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李栋梁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田亚楠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36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张颖迪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07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邓雨轩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林芮竹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王奕飞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37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张雨涵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翟孟昕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刘瀚之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王梓杰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38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赵恒瑞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董 琪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刘密密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王梓青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39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周 阳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符佳乐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刘思璐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吴思韵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40</w:t>
            </w:r>
          </w:p>
        </w:tc>
      </w:tr>
      <w:tr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周子豪</w:t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07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请入选同学于2026年7月9日上午10：00前，按要求明确回复确认。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邮件主题请标明【序号、姓名、本科学校】至 yeying@mail.hzau.edu.cn, 确认能否全程参营，逾期未回复视为放弃入营。我们将视情况进行增补至40人（仅限本轮申请者），将于9号通过电话通知，请保持电话畅通。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其他事宜欢迎通过以下联系方式垂询：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联系人: 叶老师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E-mail：yeying@mail.hzau.edu.cn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电话：027-87282135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华中农业大学园艺林学学院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