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土木工程与地理环境学院2026届拟推荐免试攻读硕士学位研究生名单公示</w:t>
      </w:r>
    </w:p>
    <w:p>
      <w:r>
        <w:t>发布时间：2025年9月8日</w:t>
      </w:r>
    </w:p>
    <w:p>
      <w:r>
        <w:t>来源URL：https://jgxy.nbu.edu.cn/info/1049/31951.htm</w:t>
      </w:r>
    </w:p>
    <w:p>
      <w:r>
        <w:t>========================================</w:t>
      </w:r>
    </w:p>
    <w:p>
      <w:r>
        <w:t>土木工程与地理环境学院2026届拟推荐免试攻读硕士学位研究生名单.pdf】已下载 次</w:t>
      </w:r>
    </w:p>
    <w:p>
      <w:r>
        <w:t>上一条：土木工程与地理环境学院2025年10月拟毕业名单公示</w:t>
      </w:r>
    </w:p>
    <w:p>
      <w:r>
        <w:t>下一条：土木工程与地理环境学院2025届7月拟毕业学生情况公示</w:t>
      </w:r>
    </w:p>
    <w:p>
      <w:r>
        <w:t>【关闭】</w:t>
      </w:r>
    </w:p>
    <w:p>
      <w:r>
        <w:t>邮箱：</w:t>
      </w:r>
    </w:p>
    <w:p>
      <w:r>
        <w:t>jgxy@nbu.edu.cn</w:t>
      </w:r>
    </w:p>
    <w:p>
      <w:r>
        <w:t>电话：</w:t>
      </w:r>
    </w:p>
    <w:p>
      <w:r>
        <w:t>0574-87609509</w:t>
      </w:r>
    </w:p>
    <w:p>
      <w:r>
        <w:t>地址：</w:t>
      </w:r>
    </w:p>
    <w:p>
      <w:r>
        <w:t>中国浙江省宁波市江北区风华路 818号50号信箱</w:t>
      </w:r>
    </w:p>
    <w:p>
      <w:r>
        <w:t>友情链接</w:t>
      </w:r>
    </w:p>
    <w:p>
      <w:r>
        <w:t>-- 相关链接 --</w:t>
      </w:r>
    </w:p>
    <w:p>
      <w:r>
        <w:t>教育部</w:t>
      </w:r>
    </w:p>
    <w:p>
      <w:r>
        <w:t>浙江省教育厅</w:t>
      </w:r>
    </w:p>
    <w:p>
      <w:r>
        <w:t>爱课程</w:t>
      </w:r>
    </w:p>
    <w:p>
      <w:r>
        <w:t>宁波大学</w:t>
      </w:r>
    </w:p>
    <w:p>
      <w:r>
        <w:t>Copyright @ 2026 School of Civil Engineering and Future Cities 管理入口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