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马克思主义学院推荐2026年优秀应届本科毕业生免试攻读研究生初选名单及综合评价总分表</w:t>
      </w:r>
    </w:p>
    <w:p>
      <w:r>
        <w:t>发布时间：未标注</w:t>
      </w:r>
    </w:p>
    <w:p>
      <w:r>
        <w:t>来源URL：https://marxism.suda.edu.cn/_upload/article/files/99/1e/054f7492468796681c6a523499fe/7c00160f-9971-493e-8337-b4583c751054.xlsx</w:t>
      </w:r>
    </w:p>
    <w:p>
      <w:r>
        <w:t>========================================</w:t>
      </w:r>
    </w:p>
    <w:p>
      <w:r>
        <w:t>马克思主义学院推荐2026年优秀应届本科毕业生免试攻读研究生初选名单及综合评价总分表</w:t>
      </w:r>
    </w:p>
    <w:p>
      <w:r>
        <w:t>序号 | 学号 | 姓名 | 性别 | 专业 | GPA＊100 | 参军入伍 | 志愿服务 | 国际组织 | 科研成果 | 竞赛获奖 | 综合评价总分 | 是否入选 | 备注</w:t>
      </w:r>
    </w:p>
    <w:p>
      <w:r>
        <w:t>得分 | 成果内容 | 得分 | 竞赛项目</w:t>
      </w:r>
    </w:p>
    <w:p>
      <w:r>
        <w:t>1 | 2291401009 | 徐小婷 | 女 | 思想政治教育 | 391 | 0 | 6 | 0 | 12 | 1.普刊2篇：《警戒线》《新课程教学》</w:t>
      </w:r>
    </w:p>
    <w:p>
      <w:r>
        <w:t>2.第五届全国青年马克思主义者本硕博论坛暨“进一步全面深化改革与推进中国式现代化的青年担当”学术研讨会二等奖 | 22 | 1.2024年“外研社·国才杯”“理解当代中国”英语综合能力公开赛二等奖</w:t>
      </w:r>
    </w:p>
    <w:p>
      <w:r>
        <w:t>2.2024年“建行杯”江苏大学生创新大赛“青年红色筑梦之旅”赛道三等奖 | =F4+H4+J4+L4 | 是</w:t>
      </w:r>
    </w:p>
    <w:p>
      <w:r>
        <w:t>2 | 2291401017 | 宋怡然 | 女 | 思想政治教育 | 385 | 0 | 6 | 0 | 17 | 1.普刊2篇：《国际公关》《融媒时代》</w:t>
      </w:r>
    </w:p>
    <w:p>
      <w:r>
        <w:t>2.莙政基金结项合格，主持人 | 20 |</w:t>
      </w:r>
    </w:p>
    <w:p>
      <w:r>
        <w:t>1.2024年全国高校商业精英挑战赛创新创业竞赛创业计划赛道全国总决赛一等奖</w:t>
      </w:r>
    </w:p>
    <w:p>
      <w:r>
        <w:t>| =F5+H5+J5+L5 | 是</w:t>
      </w:r>
    </w:p>
    <w:p>
      <w:r>
        <w:t>3 | 2291401019 | 蔡吴清清 | 女 | 思想政治教育 | 385 | 0 | 6 | 0 | 17 | 1.普刊2篇：《公关世界》《智库时代》</w:t>
      </w:r>
    </w:p>
    <w:p>
      <w:r>
        <w:t>2.国家级大创结项，其他成员 | 15 | 1.2025年第十一届江苏省笔译大赛英译汉本科组一等奖 | =F6+H6+J6+L6 | 是</w:t>
      </w:r>
    </w:p>
    <w:p>
      <w:r>
        <w:t>4 | 2291401005 | 刘祎婧 | 女 | 思想政治教育 | 387 | 0 | 6 | 0 | 4 | 1.省级大创中期检查优秀，其他成员 | 15 | 1.首届江苏大学生书评大赛一等奖 | =F7+H7+J7+L7 | 是</w:t>
      </w:r>
    </w:p>
    <w:p>
      <w:r>
        <w:t>5 | 2291401033 | 倪佳琦 | 女 | 思想政治教育 | 387 | 0 | 6 | 0 | 12 | 1.普刊1篇：《才智》</w:t>
      </w:r>
    </w:p>
    <w:p>
      <w:r>
        <w:t>2.省级大创中期检查优秀，主持人 | 0 | =F8+H8+J8+L8 | 是</w:t>
      </w:r>
    </w:p>
    <w:p>
      <w:r>
        <w:t>6 | 2291401023 | 莫璟昊 | 男 | 思想政治教育 | 391 | 0 | 6 | 0 | 6 | 1.普刊1篇：《社会主义论坛》</w:t>
      </w:r>
    </w:p>
    <w:p>
      <w:r>
        <w:t>2.2024 年第七届中国青年马克思主义大会三等奖 | 0 | =F9+H9+J9+L9 | 是</w:t>
      </w:r>
    </w:p>
    <w:p>
      <w:r>
        <w:t>7 | 2291401018 | 谷雨琪 | 女 | 思想政治教育 | 384 | 0 | 6 | 0 | 12 | 1.普刊1篇：《国际公关》</w:t>
      </w:r>
    </w:p>
    <w:p>
      <w:r>
        <w:t>2.国家级大创结项，其他成员 | 0 | =F10+H10+J10+L10 | 是</w:t>
      </w:r>
    </w:p>
    <w:p>
      <w:r>
        <w:t>8 | 2291401025 | 陈梓璇 | 女 | 思想政治教育 | 382 | 0 | 6 | 0 | 0 | 0 | =F11+H11+J11+L11 | 候补1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