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中央财经大学保险学院接收2026年推荐免试研究生资格评定通过名单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中央财经大学保险学院接收2026年推荐免试研究生资格评定通过名单已确定，共选拔131名同学进入考核阶段，具体名单详见附件。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一、名单人数与专业明细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总计131人。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分专业明细：保险学硕士21人、精算学硕士25人、保险专业硕士66人、社会保障硕士15人、直博生4人。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保险学硕士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精算学硕士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保险专业硕士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社会保障硕士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直博生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共5个类别。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经学生自主报名、资格评定环节确定名单，原文未公示具体评分依据及排名方式。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四、时间节点与确认要求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发布时间：2025年9月15日。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公示期：原文未明确公示起止日期，仅注明发布时间为2025年9月15日。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确认参加考核：请确认参加考核的同学于9月16日14:00前发送邮件至cufeinscamp@126.com。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邮件标题格式：“报考专业-姓名-本科学校-本科专业-确认参加推免考核”。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逾期未回复者视为放弃考核资格。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本次名单为资格评定通过名单，共选拔131名同学进入考核阶段。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具体名单详见附件。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邮箱：cufeinscamp@126.com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