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护理学院2022级推免素质类项目加分名单及综合成绩的公示-吉林大学 护理学院</w:t>
      </w:r>
    </w:p>
    <w:p>
      <w:r>
        <w:t>护理学院2022级推免素质类项目加分名单.xlsx】已下载 次</w:t>
      </w:r>
    </w:p>
    <w:p>
      <w:r>
        <w:t>附件【2022级护理学专业综合成绩排名-9.4.pdf】已下载 次</w:t>
      </w:r>
    </w:p>
    <w:p>
      <w:r>
        <w:t>附件【2022级康复治疗学专业综合成绩排名-9.4.pdf】已下载 次</w:t>
      </w:r>
    </w:p>
    <w:p>
      <w:r>
        <w:t>上一篇：护理学院2024—2025学年奖学金综合素质测评组评小组成员名单公示</w:t>
      </w:r>
    </w:p>
    <w:p>
      <w:r>
        <w:t>下一篇：护理学院关于2025年吉林大学思想政治志愿服务骨干项目成员拟推荐人选的公示</w:t>
      </w:r>
    </w:p>
    <w:p>
      <w:r>
        <w:t>联系我们</w:t>
      </w:r>
    </w:p>
    <w:p>
      <w:r>
        <w:t>地址：长春市新疆街965号</w:t>
      </w:r>
    </w:p>
    <w:p>
      <w:r>
        <w:t>管理员信箱：nick@jlu.edu.cn</w:t>
      </w:r>
    </w:p>
    <w:p>
      <w:r>
        <w:t>信息管理：吉林大学发展规划处信息工作办公室</w:t>
      </w:r>
    </w:p>
    <w:p>
      <w:r>
        <w:t>技术维护：吉林大学网络中心</w:t>
      </w:r>
    </w:p>
    <w:p>
      <w:r>
        <w:t>版权所有 2017 吉林大学 护理学院</w:t>
      </w:r>
    </w:p>
    <w:p>
      <w:r>
        <w:t>扫描了解更多</w:t>
      </w:r>
    </w:p>
    <w:p>
      <w:r>
        <w:t>扫描了解更多</w:t>
      </w:r>
    </w:p>
    <w:p>
      <w:r>
        <w:t>友情链接</w:t>
      </w:r>
    </w:p>
    <w:p>
      <w:r>
        <w:t>教育类网站</w:t>
      </w:r>
    </w:p>
    <w:p>
      <w:r>
        <w:t>吉林大学招生网</w:t>
      </w:r>
    </w:p>
    <w:p>
      <w:r>
        <w:t>医学信息网站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